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95C10" w14:textId="77777777" w:rsidR="006A2DAB" w:rsidRPr="00C85D81" w:rsidRDefault="006A2DAB" w:rsidP="006A2DAB">
      <w:pPr>
        <w:pStyle w:val="Title"/>
        <w:jc w:val="center"/>
      </w:pPr>
    </w:p>
    <w:p w14:paraId="43A2A475" w14:textId="77777777" w:rsidR="006A2DAB" w:rsidRPr="00C85D81" w:rsidRDefault="006A2DAB" w:rsidP="006A2DAB">
      <w:pPr>
        <w:pStyle w:val="Title"/>
        <w:jc w:val="center"/>
      </w:pPr>
    </w:p>
    <w:p w14:paraId="0336CB78" w14:textId="77777777" w:rsidR="006A2DAB" w:rsidRPr="00C85D81" w:rsidRDefault="006A2DAB" w:rsidP="006A2DAB">
      <w:pPr>
        <w:pStyle w:val="Title"/>
        <w:jc w:val="center"/>
      </w:pPr>
    </w:p>
    <w:p w14:paraId="7366AAF3" w14:textId="77777777" w:rsidR="006A2DAB" w:rsidRPr="00C85D81" w:rsidRDefault="006A2DAB" w:rsidP="006A2DAB">
      <w:pPr>
        <w:pStyle w:val="Title"/>
        <w:jc w:val="center"/>
      </w:pPr>
    </w:p>
    <w:p w14:paraId="0E6AE254" w14:textId="77777777" w:rsidR="006A2DAB" w:rsidRPr="00C85D81" w:rsidRDefault="006A2DAB" w:rsidP="006A2DAB">
      <w:pPr>
        <w:pStyle w:val="Title"/>
        <w:jc w:val="center"/>
      </w:pPr>
    </w:p>
    <w:p w14:paraId="21A5FB8C" w14:textId="44B9291C" w:rsidR="006A2DAB" w:rsidRPr="00C85D81" w:rsidRDefault="006A2DAB" w:rsidP="006A2DAB">
      <w:pPr>
        <w:pStyle w:val="Title"/>
        <w:jc w:val="center"/>
      </w:pPr>
      <w:r w:rsidRPr="00C85D81">
        <w:t>From Playbook to Practice:</w:t>
      </w:r>
      <w:r w:rsidRPr="00C85D81">
        <w:br/>
        <w:t>Reflection and Implementation Workbook</w:t>
      </w:r>
    </w:p>
    <w:p w14:paraId="77AFFEFA" w14:textId="77777777" w:rsidR="006A2DAB" w:rsidRPr="00C85D81" w:rsidRDefault="006A2DAB" w:rsidP="006A2DAB">
      <w:pPr>
        <w:jc w:val="center"/>
        <w:rPr>
          <w:iCs/>
        </w:rPr>
      </w:pPr>
      <w:r w:rsidRPr="00C85D81">
        <w:rPr>
          <w:iCs/>
        </w:rPr>
        <w:t>A practical workbook to help teams capture their thinking, test ideas and build version 1 of their own local playbook</w:t>
      </w:r>
    </w:p>
    <w:p w14:paraId="35D5A3D9" w14:textId="77777777" w:rsidR="006A2DAB" w:rsidRPr="00C85D81" w:rsidRDefault="006A2DAB" w:rsidP="006A2DAB"/>
    <w:p w14:paraId="5FFB8C61" w14:textId="77777777" w:rsidR="006A2DAB" w:rsidRPr="00C85D81" w:rsidRDefault="006A2DAB" w:rsidP="006A2DAB">
      <w:pPr>
        <w:jc w:val="center"/>
      </w:pPr>
      <w:r w:rsidRPr="00C85D81">
        <w:t>Organisation / Team: ________________________________</w:t>
      </w:r>
    </w:p>
    <w:p w14:paraId="50454931" w14:textId="77777777" w:rsidR="006A2DAB" w:rsidRPr="00C85D81" w:rsidRDefault="006A2DAB" w:rsidP="006A2DAB">
      <w:pPr>
        <w:jc w:val="center"/>
      </w:pPr>
      <w:r w:rsidRPr="00C85D81">
        <w:t>Lead contact: _______________________________________</w:t>
      </w:r>
    </w:p>
    <w:p w14:paraId="0D15C27B" w14:textId="77777777" w:rsidR="006A2DAB" w:rsidRPr="00C85D81" w:rsidRDefault="006A2DAB" w:rsidP="006A2DAB">
      <w:pPr>
        <w:jc w:val="center"/>
      </w:pPr>
      <w:r w:rsidRPr="00C85D81">
        <w:t>Date started: ________________________________________</w:t>
      </w:r>
    </w:p>
    <w:p w14:paraId="16D2AED2" w14:textId="77777777" w:rsidR="006A2DAB" w:rsidRPr="00C85D81" w:rsidRDefault="006A2DAB" w:rsidP="006A2DAB">
      <w:r w:rsidRPr="00C85D81">
        <w:br w:type="page"/>
      </w:r>
    </w:p>
    <w:p w14:paraId="2B89625E" w14:textId="77777777" w:rsidR="006A2DAB" w:rsidRPr="00C85D81" w:rsidRDefault="006A2DAB" w:rsidP="006A2DAB">
      <w:pPr>
        <w:pStyle w:val="Heading1"/>
      </w:pPr>
      <w:r w:rsidRPr="00C85D81">
        <w:lastRenderedPageBreak/>
        <w:t>Introduction</w:t>
      </w:r>
    </w:p>
    <w:p w14:paraId="508F6CD7" w14:textId="77777777" w:rsidR="006A2DAB" w:rsidRPr="00C85D81" w:rsidRDefault="006A2DAB" w:rsidP="006A2DAB">
      <w:r w:rsidRPr="00C85D81">
        <w:t>This workbook is designed to be used alongside the CFN playbook and the companion guide. It pulls together the reflection questions and brief implementation exercises from each chapter and adds space for your team to capture notes, decisions and next steps.</w:t>
      </w:r>
    </w:p>
    <w:p w14:paraId="294F52E4" w14:textId="77777777" w:rsidR="006A2DAB" w:rsidRPr="00C85D81" w:rsidRDefault="006A2DAB" w:rsidP="006A2DAB">
      <w:r w:rsidRPr="00C85D81">
        <w:t>Use it to support discussion, planning and local adaptation. The aim is not to produce a perfect replica of CFN’s model. The aim is to help you shape, test and revise your own version 1.</w:t>
      </w:r>
    </w:p>
    <w:p w14:paraId="632BC60C" w14:textId="77777777" w:rsidR="006A2DAB" w:rsidRPr="00C85D81" w:rsidRDefault="006A2DAB" w:rsidP="006A2DAB">
      <w:pPr>
        <w:pStyle w:val="Heading2"/>
      </w:pPr>
      <w:r w:rsidRPr="00C85D81">
        <w:t>How to use this workbook</w:t>
      </w:r>
    </w:p>
    <w:p w14:paraId="2159B6AB" w14:textId="77777777" w:rsidR="006A2DAB" w:rsidRPr="00C85D81" w:rsidRDefault="006A2DAB" w:rsidP="006A2DAB">
      <w:pPr>
        <w:pStyle w:val="ListBullet"/>
        <w:tabs>
          <w:tab w:val="clear" w:pos="360"/>
          <w:tab w:val="num" w:pos="720"/>
        </w:tabs>
        <w:spacing w:after="200"/>
        <w:ind w:left="720"/>
      </w:pPr>
      <w:r w:rsidRPr="00C85D81">
        <w:t>Read the relevant section of the playbook and companion guide first.</w:t>
      </w:r>
    </w:p>
    <w:p w14:paraId="09C17EB7" w14:textId="77777777" w:rsidR="006A2DAB" w:rsidRPr="00C85D81" w:rsidRDefault="006A2DAB" w:rsidP="006A2DAB">
      <w:pPr>
        <w:pStyle w:val="ListBullet"/>
        <w:tabs>
          <w:tab w:val="clear" w:pos="360"/>
          <w:tab w:val="num" w:pos="720"/>
        </w:tabs>
        <w:spacing w:after="200"/>
        <w:ind w:left="720"/>
      </w:pPr>
      <w:r w:rsidRPr="00C85D81">
        <w:t>Work through the reflection questions as a team or in small groups.</w:t>
      </w:r>
    </w:p>
    <w:p w14:paraId="5F26D59F" w14:textId="77777777" w:rsidR="006A2DAB" w:rsidRPr="00C85D81" w:rsidRDefault="006A2DAB" w:rsidP="006A2DAB">
      <w:pPr>
        <w:pStyle w:val="ListBullet"/>
        <w:tabs>
          <w:tab w:val="clear" w:pos="360"/>
          <w:tab w:val="num" w:pos="720"/>
        </w:tabs>
        <w:spacing w:after="200"/>
        <w:ind w:left="720"/>
      </w:pPr>
      <w:r w:rsidRPr="00C85D81">
        <w:t>Use the implementation exercise to turn discussion into action.</w:t>
      </w:r>
    </w:p>
    <w:p w14:paraId="6FDE15DE" w14:textId="77777777" w:rsidR="006A2DAB" w:rsidRPr="00C85D81" w:rsidRDefault="006A2DAB" w:rsidP="006A2DAB">
      <w:pPr>
        <w:pStyle w:val="ListBullet"/>
        <w:tabs>
          <w:tab w:val="clear" w:pos="360"/>
          <w:tab w:val="num" w:pos="720"/>
        </w:tabs>
        <w:spacing w:after="200"/>
        <w:ind w:left="720"/>
      </w:pPr>
      <w:r w:rsidRPr="00C85D81">
        <w:t>Capture what feels relevant, what needs adapting and what you want to test next.</w:t>
      </w:r>
    </w:p>
    <w:p w14:paraId="35F9CF13" w14:textId="77777777" w:rsidR="006A2DAB" w:rsidRPr="00C85D81" w:rsidRDefault="006A2DAB" w:rsidP="006A2DAB">
      <w:pPr>
        <w:pStyle w:val="ListBullet"/>
        <w:tabs>
          <w:tab w:val="clear" w:pos="360"/>
          <w:tab w:val="num" w:pos="720"/>
        </w:tabs>
        <w:spacing w:after="200"/>
        <w:ind w:left="720"/>
      </w:pPr>
      <w:r w:rsidRPr="00C85D81">
        <w:t>Return to earlier pages as your thinking changes.</w:t>
      </w:r>
    </w:p>
    <w:p w14:paraId="4B89D542" w14:textId="77777777" w:rsidR="006A2DAB" w:rsidRPr="00C85D81" w:rsidRDefault="006A2DAB" w:rsidP="006A2DAB">
      <w:pPr>
        <w:pStyle w:val="Heading2"/>
      </w:pPr>
      <w:r w:rsidRPr="00C85D81">
        <w:t>Starting point</w:t>
      </w:r>
    </w:p>
    <w:p w14:paraId="01C71827" w14:textId="77777777" w:rsidR="006A2DAB" w:rsidRPr="00C85D81" w:rsidRDefault="006A2DAB" w:rsidP="006A2DAB">
      <w:pPr>
        <w:pStyle w:val="ListBullet"/>
        <w:tabs>
          <w:tab w:val="clear" w:pos="360"/>
          <w:tab w:val="num" w:pos="720"/>
        </w:tabs>
        <w:spacing w:after="200"/>
        <w:ind w:left="720"/>
      </w:pPr>
      <w:r w:rsidRPr="00C85D81">
        <w:t>What problem are we trying to solve?</w:t>
      </w:r>
    </w:p>
    <w:p w14:paraId="4DF6351B" w14:textId="77777777" w:rsidR="006A2DAB" w:rsidRPr="00C85D81" w:rsidRDefault="006A2DAB" w:rsidP="006A2DAB">
      <w:pPr>
        <w:pStyle w:val="ListBullet"/>
        <w:tabs>
          <w:tab w:val="clear" w:pos="360"/>
          <w:tab w:val="num" w:pos="720"/>
        </w:tabs>
        <w:spacing w:after="200"/>
        <w:ind w:left="720"/>
      </w:pPr>
      <w:r w:rsidRPr="00C85D81">
        <w:t>Who is this for in our context?</w:t>
      </w:r>
    </w:p>
    <w:p w14:paraId="79603BB4" w14:textId="77777777" w:rsidR="006A2DAB" w:rsidRPr="00C85D81" w:rsidRDefault="006A2DAB" w:rsidP="006A2DAB">
      <w:pPr>
        <w:pStyle w:val="ListBullet"/>
        <w:tabs>
          <w:tab w:val="clear" w:pos="360"/>
          <w:tab w:val="num" w:pos="720"/>
        </w:tabs>
        <w:spacing w:after="200"/>
        <w:ind w:left="720"/>
      </w:pPr>
      <w:r w:rsidRPr="00C85D81">
        <w:t>What permissions do we already have?</w:t>
      </w:r>
    </w:p>
    <w:p w14:paraId="7BDF52A3" w14:textId="77777777" w:rsidR="006A2DAB" w:rsidRPr="00C85D81" w:rsidRDefault="006A2DAB" w:rsidP="006A2DAB">
      <w:pPr>
        <w:pStyle w:val="ListBullet"/>
        <w:tabs>
          <w:tab w:val="clear" w:pos="360"/>
          <w:tab w:val="num" w:pos="720"/>
        </w:tabs>
        <w:spacing w:after="200"/>
        <w:ind w:left="720"/>
      </w:pPr>
      <w:r w:rsidRPr="00C85D81">
        <w:t>What resources do we already have?</w:t>
      </w:r>
    </w:p>
    <w:p w14:paraId="417226EF" w14:textId="77777777" w:rsidR="006A2DAB" w:rsidRPr="00C85D81" w:rsidRDefault="006A2DAB" w:rsidP="006A2DAB">
      <w:pPr>
        <w:pStyle w:val="ListBullet"/>
        <w:tabs>
          <w:tab w:val="clear" w:pos="360"/>
          <w:tab w:val="num" w:pos="720"/>
        </w:tabs>
        <w:spacing w:after="200"/>
        <w:ind w:left="720"/>
      </w:pPr>
      <w:r w:rsidRPr="00C85D81">
        <w:t>What could version 1 look like for us?</w:t>
      </w:r>
    </w:p>
    <w:p w14:paraId="534C7212" w14:textId="77777777" w:rsidR="006A2DAB" w:rsidRPr="00C85D81" w:rsidRDefault="006A2DAB" w:rsidP="006A2DAB">
      <w:pPr>
        <w:pStyle w:val="Heading2"/>
      </w:pPr>
      <w:r w:rsidRPr="00C85D81">
        <w:t>Our starting notes</w:t>
      </w:r>
    </w:p>
    <w:p w14:paraId="36C0EED0" w14:textId="77777777" w:rsidR="006A2DAB" w:rsidRPr="00C85D81" w:rsidRDefault="006A2DAB" w:rsidP="006A2DAB">
      <w:r w:rsidRPr="00C85D81">
        <w:t>______________________________________________________________</w:t>
      </w:r>
    </w:p>
    <w:p w14:paraId="229665F9" w14:textId="77777777" w:rsidR="006A2DAB" w:rsidRPr="00C85D81" w:rsidRDefault="006A2DAB" w:rsidP="006A2DAB">
      <w:r w:rsidRPr="00C85D81">
        <w:t>______________________________________________________________</w:t>
      </w:r>
    </w:p>
    <w:p w14:paraId="7ED2D513" w14:textId="77777777" w:rsidR="006A2DAB" w:rsidRPr="00C85D81" w:rsidRDefault="006A2DAB" w:rsidP="006A2DAB">
      <w:r w:rsidRPr="00C85D81">
        <w:t>______________________________________________________________</w:t>
      </w:r>
    </w:p>
    <w:p w14:paraId="79452F03" w14:textId="77777777" w:rsidR="006A2DAB" w:rsidRPr="00C85D81" w:rsidRDefault="006A2DAB" w:rsidP="006A2DAB">
      <w:r w:rsidRPr="00C85D81">
        <w:t>______________________________________________________________</w:t>
      </w:r>
    </w:p>
    <w:p w14:paraId="6E2982B1" w14:textId="77777777" w:rsidR="006A2DAB" w:rsidRPr="00C85D81" w:rsidRDefault="006A2DAB" w:rsidP="006A2DAB">
      <w:r w:rsidRPr="00C85D81">
        <w:t>______________________________________________________________</w:t>
      </w:r>
    </w:p>
    <w:p w14:paraId="4987C333" w14:textId="77777777" w:rsidR="006A2DAB" w:rsidRPr="00C85D81" w:rsidRDefault="006A2DAB" w:rsidP="006A2DAB">
      <w:r w:rsidRPr="00C85D81">
        <w:t>______________________________________________________________</w:t>
      </w:r>
    </w:p>
    <w:p w14:paraId="785861F4" w14:textId="77777777" w:rsidR="006A2DAB" w:rsidRPr="00C85D81" w:rsidRDefault="006A2DAB" w:rsidP="006A2DAB">
      <w:r w:rsidRPr="00C85D81">
        <w:br w:type="page"/>
      </w:r>
    </w:p>
    <w:p w14:paraId="71B2B317" w14:textId="77777777" w:rsidR="006A2DAB" w:rsidRPr="00C85D81" w:rsidRDefault="006A2DAB" w:rsidP="006A2DAB">
      <w:pPr>
        <w:pStyle w:val="Heading1"/>
      </w:pPr>
      <w:r w:rsidRPr="00C85D81">
        <w:lastRenderedPageBreak/>
        <w:t>Chapter 1. How to use this guide</w:t>
      </w:r>
    </w:p>
    <w:p w14:paraId="6F8D7775" w14:textId="77777777" w:rsidR="006A2DAB" w:rsidRPr="00C85D81" w:rsidRDefault="006A2DAB" w:rsidP="006A2DAB">
      <w:pPr>
        <w:pStyle w:val="Heading2"/>
      </w:pPr>
      <w:r w:rsidRPr="00C85D81">
        <w:t>Reflection questions</w:t>
      </w:r>
    </w:p>
    <w:p w14:paraId="212CB852" w14:textId="77777777" w:rsidR="006A2DAB" w:rsidRPr="00C85D81" w:rsidRDefault="006A2DAB" w:rsidP="006A2DAB">
      <w:r w:rsidRPr="00C85D81">
        <w:t>As you go, ask yourself:</w:t>
      </w:r>
    </w:p>
    <w:p w14:paraId="4BA7DC28" w14:textId="77777777" w:rsidR="006A2DAB" w:rsidRPr="00C85D81" w:rsidRDefault="006A2DAB" w:rsidP="006A2DAB">
      <w:pPr>
        <w:pStyle w:val="ListBullet"/>
        <w:tabs>
          <w:tab w:val="clear" w:pos="360"/>
          <w:tab w:val="num" w:pos="720"/>
        </w:tabs>
        <w:spacing w:after="200"/>
        <w:ind w:left="720"/>
      </w:pPr>
      <w:r w:rsidRPr="00C85D81">
        <w:t>What is CFN trying to achieve here?</w:t>
      </w:r>
    </w:p>
    <w:p w14:paraId="01B5D77B" w14:textId="77777777" w:rsidR="006A2DAB" w:rsidRPr="00C85D81" w:rsidRDefault="006A2DAB" w:rsidP="006A2DAB">
      <w:pPr>
        <w:pStyle w:val="ListBullet"/>
        <w:tabs>
          <w:tab w:val="clear" w:pos="360"/>
          <w:tab w:val="num" w:pos="720"/>
        </w:tabs>
        <w:spacing w:after="200"/>
        <w:ind w:left="720"/>
      </w:pPr>
      <w:r w:rsidRPr="00C85D81">
        <w:t>What assumptions sit behind this section?</w:t>
      </w:r>
    </w:p>
    <w:p w14:paraId="38184135" w14:textId="77777777" w:rsidR="006A2DAB" w:rsidRPr="00C85D81" w:rsidRDefault="006A2DAB" w:rsidP="006A2DAB">
      <w:pPr>
        <w:pStyle w:val="ListBullet"/>
        <w:tabs>
          <w:tab w:val="clear" w:pos="360"/>
          <w:tab w:val="num" w:pos="720"/>
        </w:tabs>
        <w:spacing w:after="200"/>
        <w:ind w:left="720"/>
      </w:pPr>
      <w:r w:rsidRPr="00C85D81">
        <w:t>What is specific to their context?</w:t>
      </w:r>
    </w:p>
    <w:p w14:paraId="158A5897" w14:textId="77777777" w:rsidR="006A2DAB" w:rsidRPr="00C85D81" w:rsidRDefault="006A2DAB" w:rsidP="006A2DAB">
      <w:pPr>
        <w:pStyle w:val="ListBullet"/>
        <w:tabs>
          <w:tab w:val="clear" w:pos="360"/>
          <w:tab w:val="num" w:pos="720"/>
        </w:tabs>
        <w:spacing w:after="200"/>
        <w:ind w:left="720"/>
      </w:pPr>
      <w:r w:rsidRPr="00C85D81">
        <w:t>What is transferable into ours?</w:t>
      </w:r>
    </w:p>
    <w:p w14:paraId="77754429" w14:textId="77777777" w:rsidR="006A2DAB" w:rsidRPr="00C85D81" w:rsidRDefault="006A2DAB" w:rsidP="006A2DAB">
      <w:pPr>
        <w:pStyle w:val="ListBullet"/>
        <w:tabs>
          <w:tab w:val="clear" w:pos="360"/>
          <w:tab w:val="num" w:pos="720"/>
        </w:tabs>
        <w:spacing w:after="200"/>
        <w:ind w:left="720"/>
      </w:pPr>
      <w:r w:rsidRPr="00C85D81">
        <w:t>What permissions, structures or resources do we have / would we need?</w:t>
      </w:r>
    </w:p>
    <w:p w14:paraId="68C4D8A5" w14:textId="77777777" w:rsidR="006A2DAB" w:rsidRPr="00C85D81" w:rsidRDefault="006A2DAB" w:rsidP="006A2DAB">
      <w:pPr>
        <w:pStyle w:val="ListBullet"/>
        <w:tabs>
          <w:tab w:val="clear" w:pos="360"/>
          <w:tab w:val="num" w:pos="720"/>
        </w:tabs>
        <w:spacing w:after="200"/>
        <w:ind w:left="720"/>
      </w:pPr>
      <w:r w:rsidRPr="00C85D81">
        <w:t>What could we start doing now?</w:t>
      </w:r>
    </w:p>
    <w:p w14:paraId="62B8269A" w14:textId="77777777" w:rsidR="006A2DAB" w:rsidRPr="00C85D81" w:rsidRDefault="006A2DAB" w:rsidP="006A2DAB">
      <w:pPr>
        <w:pStyle w:val="ListBullet"/>
        <w:tabs>
          <w:tab w:val="clear" w:pos="360"/>
          <w:tab w:val="num" w:pos="720"/>
        </w:tabs>
        <w:spacing w:after="200"/>
        <w:ind w:left="720"/>
      </w:pPr>
      <w:r w:rsidRPr="00C85D81">
        <w:t>What would version 1 look like for us?</w:t>
      </w:r>
    </w:p>
    <w:p w14:paraId="4DADDB07" w14:textId="77777777" w:rsidR="006A2DAB" w:rsidRPr="00C85D81" w:rsidRDefault="006A2DAB" w:rsidP="006A2DAB">
      <w:pPr>
        <w:pStyle w:val="Heading2"/>
      </w:pPr>
      <w:r w:rsidRPr="00C85D81">
        <w:t>Our notes</w:t>
      </w:r>
    </w:p>
    <w:p w14:paraId="21B889C4" w14:textId="77777777" w:rsidR="006A2DAB" w:rsidRPr="00C85D81" w:rsidRDefault="006A2DAB" w:rsidP="006A2DAB">
      <w:r w:rsidRPr="00C85D81">
        <w:t>______________________________________________________________</w:t>
      </w:r>
    </w:p>
    <w:p w14:paraId="3F89DF19" w14:textId="77777777" w:rsidR="006A2DAB" w:rsidRPr="00C85D81" w:rsidRDefault="006A2DAB" w:rsidP="006A2DAB">
      <w:r w:rsidRPr="00C85D81">
        <w:t>______________________________________________________________</w:t>
      </w:r>
    </w:p>
    <w:p w14:paraId="27409315" w14:textId="77777777" w:rsidR="006A2DAB" w:rsidRPr="00C85D81" w:rsidRDefault="006A2DAB" w:rsidP="006A2DAB">
      <w:r w:rsidRPr="00C85D81">
        <w:t>______________________________________________________________</w:t>
      </w:r>
    </w:p>
    <w:p w14:paraId="73574DAA" w14:textId="77777777" w:rsidR="006A2DAB" w:rsidRPr="00C85D81" w:rsidRDefault="006A2DAB" w:rsidP="006A2DAB">
      <w:r w:rsidRPr="00C85D81">
        <w:t>______________________________________________________________</w:t>
      </w:r>
    </w:p>
    <w:p w14:paraId="774B6612" w14:textId="77777777" w:rsidR="006A2DAB" w:rsidRPr="00C85D81" w:rsidRDefault="006A2DAB" w:rsidP="006A2DAB">
      <w:pPr>
        <w:pStyle w:val="Heading2"/>
      </w:pPr>
      <w:r w:rsidRPr="00C85D81">
        <w:t>Brief implementation exercise</w:t>
      </w:r>
    </w:p>
    <w:p w14:paraId="2297AF5C" w14:textId="77777777" w:rsidR="006A2DAB" w:rsidRPr="00C85D81" w:rsidRDefault="006A2DAB" w:rsidP="006A2DAB">
      <w:r w:rsidRPr="00C85D81">
        <w:t>Create a simple page headed 'What can we do on Monday?'. Divide it into two columns: 'Permissions we already have' and 'Resources we already have'. As you read the playbook and this guide together, note down practical things your service could begin without major redesign. Then write one sentence describing what a local version 1 might need to help your team learn and adapt over time.</w:t>
      </w:r>
    </w:p>
    <w:p w14:paraId="302F28C6" w14:textId="77777777" w:rsidR="006A2DAB" w:rsidRPr="00C85D81" w:rsidRDefault="006A2DAB" w:rsidP="006A2DAB">
      <w:pPr>
        <w:pStyle w:val="Heading2"/>
      </w:pPr>
      <w:r w:rsidRPr="00C85D81">
        <w:t>What this means for us</w:t>
      </w:r>
    </w:p>
    <w:p w14:paraId="1C3C114B" w14:textId="3C60C0B9" w:rsidR="006A2DAB" w:rsidRPr="00C85D81" w:rsidRDefault="006A2DAB" w:rsidP="006A2DAB">
      <w:r w:rsidRPr="00C85D81">
        <w:t>______________________________________________________________</w:t>
      </w:r>
    </w:p>
    <w:p w14:paraId="47702A29" w14:textId="77777777" w:rsidR="006A2DAB" w:rsidRPr="00C85D81" w:rsidRDefault="006A2DAB" w:rsidP="006A2DAB">
      <w:r w:rsidRPr="00C85D81">
        <w:t>______________________________________________________________</w:t>
      </w:r>
    </w:p>
    <w:p w14:paraId="350E3E69" w14:textId="77777777" w:rsidR="006A2DAB" w:rsidRPr="00C85D81" w:rsidRDefault="006A2DAB" w:rsidP="006A2DAB">
      <w:r w:rsidRPr="00C85D81">
        <w:t>______________________________________________________________</w:t>
      </w:r>
    </w:p>
    <w:p w14:paraId="7E7D21F9" w14:textId="77777777" w:rsidR="006A2DAB" w:rsidRPr="00C85D81" w:rsidRDefault="006A2DAB" w:rsidP="006A2DAB">
      <w:pPr>
        <w:pStyle w:val="Heading2"/>
      </w:pPr>
      <w:r w:rsidRPr="00C85D81">
        <w:t>What we could test next</w:t>
      </w:r>
    </w:p>
    <w:p w14:paraId="218D59E0" w14:textId="77777777" w:rsidR="006A2DAB" w:rsidRPr="00C85D81" w:rsidRDefault="006A2DAB" w:rsidP="006A2DAB">
      <w:r w:rsidRPr="00C85D81">
        <w:t>______________________________________________________________</w:t>
      </w:r>
    </w:p>
    <w:p w14:paraId="46BDA923" w14:textId="77777777" w:rsidR="006A2DAB" w:rsidRPr="00C85D81" w:rsidRDefault="006A2DAB" w:rsidP="006A2DAB">
      <w:r w:rsidRPr="00C85D81">
        <w:t>______________________________________________________________</w:t>
      </w:r>
    </w:p>
    <w:p w14:paraId="750E777B" w14:textId="77777777" w:rsidR="006A2DAB" w:rsidRPr="00C85D81" w:rsidRDefault="006A2DAB" w:rsidP="006A2DAB">
      <w:pPr>
        <w:pStyle w:val="Heading2"/>
      </w:pPr>
      <w:r w:rsidRPr="00C85D81">
        <w:t>Who needs to be involved</w:t>
      </w:r>
    </w:p>
    <w:p w14:paraId="470AACBC" w14:textId="77777777" w:rsidR="006A2DAB" w:rsidRPr="00C85D81" w:rsidRDefault="006A2DAB" w:rsidP="006A2DAB">
      <w:r w:rsidRPr="00C85D81">
        <w:t>______________________________________________________________</w:t>
      </w:r>
    </w:p>
    <w:p w14:paraId="7F91764B" w14:textId="77777777" w:rsidR="006A2DAB" w:rsidRPr="00C85D81" w:rsidRDefault="006A2DAB" w:rsidP="006A2DAB">
      <w:r w:rsidRPr="00C85D81">
        <w:t>______________________________________________________________</w:t>
      </w:r>
    </w:p>
    <w:p w14:paraId="23CF36A2" w14:textId="77777777" w:rsidR="006A2DAB" w:rsidRPr="00C85D81" w:rsidRDefault="006A2DAB" w:rsidP="006A2DAB">
      <w:pPr>
        <w:pStyle w:val="Heading1"/>
      </w:pPr>
      <w:r w:rsidRPr="00C85D81">
        <w:lastRenderedPageBreak/>
        <w:t>Chapter 2. What is unique to CFN and what is transferable</w:t>
      </w:r>
    </w:p>
    <w:p w14:paraId="5F6F9E3F" w14:textId="77777777" w:rsidR="006A2DAB" w:rsidRPr="00C85D81" w:rsidRDefault="006A2DAB" w:rsidP="006A2DAB">
      <w:pPr>
        <w:pStyle w:val="Heading2"/>
      </w:pPr>
      <w:r w:rsidRPr="00C85D81">
        <w:t>Reflection questions</w:t>
      </w:r>
    </w:p>
    <w:p w14:paraId="5816B5F8" w14:textId="77777777" w:rsidR="006A2DAB" w:rsidRPr="00C85D81" w:rsidRDefault="006A2DAB" w:rsidP="006A2DAB">
      <w:pPr>
        <w:pStyle w:val="ListBullet"/>
        <w:tabs>
          <w:tab w:val="clear" w:pos="360"/>
          <w:tab w:val="num" w:pos="720"/>
        </w:tabs>
        <w:spacing w:after="200"/>
        <w:ind w:left="720"/>
      </w:pPr>
      <w:r w:rsidRPr="00C85D81">
        <w:t>Which parts of the playbook feel clearly local to CFN?</w:t>
      </w:r>
    </w:p>
    <w:p w14:paraId="7A4FD830" w14:textId="77777777" w:rsidR="006A2DAB" w:rsidRPr="00C85D81" w:rsidRDefault="006A2DAB" w:rsidP="006A2DAB">
      <w:pPr>
        <w:pStyle w:val="ListBullet"/>
        <w:tabs>
          <w:tab w:val="clear" w:pos="360"/>
          <w:tab w:val="num" w:pos="720"/>
        </w:tabs>
        <w:spacing w:after="200"/>
        <w:ind w:left="720"/>
      </w:pPr>
      <w:r w:rsidRPr="00C85D81">
        <w:t>Which parts describe a function your own service also needs to achieve?</w:t>
      </w:r>
    </w:p>
    <w:p w14:paraId="64259542" w14:textId="77777777" w:rsidR="006A2DAB" w:rsidRPr="00C85D81" w:rsidRDefault="006A2DAB" w:rsidP="006A2DAB">
      <w:pPr>
        <w:pStyle w:val="ListBullet"/>
        <w:tabs>
          <w:tab w:val="clear" w:pos="360"/>
          <w:tab w:val="num" w:pos="720"/>
        </w:tabs>
        <w:spacing w:after="200"/>
        <w:ind w:left="720"/>
      </w:pPr>
      <w:r w:rsidRPr="00C85D81">
        <w:t>What can you adapt now, and what would need wider permission or resources?</w:t>
      </w:r>
    </w:p>
    <w:p w14:paraId="10DBED81" w14:textId="77777777" w:rsidR="006A2DAB" w:rsidRPr="00C85D81" w:rsidRDefault="006A2DAB" w:rsidP="006A2DAB">
      <w:pPr>
        <w:pStyle w:val="ListBullet"/>
        <w:tabs>
          <w:tab w:val="clear" w:pos="360"/>
          <w:tab w:val="num" w:pos="720"/>
        </w:tabs>
        <w:spacing w:after="200"/>
        <w:ind w:left="720"/>
      </w:pPr>
      <w:r w:rsidRPr="00C85D81">
        <w:t>Where might your team be tempted to copy rather than learn?</w:t>
      </w:r>
    </w:p>
    <w:p w14:paraId="60333040" w14:textId="77777777" w:rsidR="006A2DAB" w:rsidRPr="00C85D81" w:rsidRDefault="006A2DAB" w:rsidP="006A2DAB">
      <w:pPr>
        <w:pStyle w:val="Heading2"/>
      </w:pPr>
      <w:r w:rsidRPr="00C85D81">
        <w:t>Our notes</w:t>
      </w:r>
    </w:p>
    <w:p w14:paraId="26CEDE8B" w14:textId="77777777" w:rsidR="006A2DAB" w:rsidRPr="00C85D81" w:rsidRDefault="006A2DAB" w:rsidP="006A2DAB">
      <w:r w:rsidRPr="00C85D81">
        <w:t>______________________________________________________________</w:t>
      </w:r>
    </w:p>
    <w:p w14:paraId="693C456C" w14:textId="77777777" w:rsidR="006A2DAB" w:rsidRPr="00C85D81" w:rsidRDefault="006A2DAB" w:rsidP="006A2DAB">
      <w:r w:rsidRPr="00C85D81">
        <w:t>______________________________________________________________</w:t>
      </w:r>
    </w:p>
    <w:p w14:paraId="484032A6" w14:textId="77777777" w:rsidR="006A2DAB" w:rsidRPr="00C85D81" w:rsidRDefault="006A2DAB" w:rsidP="006A2DAB">
      <w:r w:rsidRPr="00C85D81">
        <w:t>______________________________________________________________</w:t>
      </w:r>
    </w:p>
    <w:p w14:paraId="61E3F227" w14:textId="77777777" w:rsidR="006A2DAB" w:rsidRPr="00C85D81" w:rsidRDefault="006A2DAB" w:rsidP="006A2DAB">
      <w:r w:rsidRPr="00C85D81">
        <w:t>______________________________________________________________</w:t>
      </w:r>
    </w:p>
    <w:p w14:paraId="00CDB8EF" w14:textId="77777777" w:rsidR="006A2DAB" w:rsidRPr="00C85D81" w:rsidRDefault="006A2DAB" w:rsidP="006A2DAB">
      <w:pPr>
        <w:pStyle w:val="Heading2"/>
      </w:pPr>
      <w:r w:rsidRPr="00C85D81">
        <w:t>Brief implementation exercise</w:t>
      </w:r>
    </w:p>
    <w:p w14:paraId="6F3C587A" w14:textId="77777777" w:rsidR="006A2DAB" w:rsidRPr="00C85D81" w:rsidRDefault="006A2DAB" w:rsidP="006A2DAB">
      <w:r w:rsidRPr="00C85D81">
        <w:t>Choose three features from the playbook. For each one, write down: what it is called in CFN, what function it performs, whether you already do something similar, and what your local version 1 could look like.</w:t>
      </w:r>
    </w:p>
    <w:p w14:paraId="791B2E3D" w14:textId="77777777" w:rsidR="006A2DAB" w:rsidRPr="00C85D81" w:rsidRDefault="006A2DAB" w:rsidP="006A2DAB">
      <w:pPr>
        <w:pStyle w:val="Heading2"/>
      </w:pPr>
      <w:r w:rsidRPr="00C85D81">
        <w:t>What this means for us</w:t>
      </w:r>
    </w:p>
    <w:p w14:paraId="22C9D186" w14:textId="77777777" w:rsidR="006A2DAB" w:rsidRPr="00C85D81" w:rsidRDefault="006A2DAB" w:rsidP="006A2DAB">
      <w:r w:rsidRPr="00C85D81">
        <w:t>______________________________________________________________</w:t>
      </w:r>
    </w:p>
    <w:p w14:paraId="3377C2CB" w14:textId="77777777" w:rsidR="006A2DAB" w:rsidRPr="00C85D81" w:rsidRDefault="006A2DAB" w:rsidP="006A2DAB">
      <w:r w:rsidRPr="00C85D81">
        <w:t>______________________________________________________________</w:t>
      </w:r>
    </w:p>
    <w:p w14:paraId="1478B9AB" w14:textId="77777777" w:rsidR="006A2DAB" w:rsidRPr="00C85D81" w:rsidRDefault="006A2DAB" w:rsidP="006A2DAB">
      <w:r w:rsidRPr="00C85D81">
        <w:t>______________________________________________________________</w:t>
      </w:r>
    </w:p>
    <w:p w14:paraId="76779961" w14:textId="77777777" w:rsidR="006A2DAB" w:rsidRPr="00C85D81" w:rsidRDefault="006A2DAB" w:rsidP="006A2DAB">
      <w:pPr>
        <w:pStyle w:val="Heading2"/>
      </w:pPr>
      <w:r w:rsidRPr="00C85D81">
        <w:t>What we could test next</w:t>
      </w:r>
    </w:p>
    <w:p w14:paraId="65440A48" w14:textId="77777777" w:rsidR="006A2DAB" w:rsidRPr="00C85D81" w:rsidRDefault="006A2DAB" w:rsidP="006A2DAB">
      <w:r w:rsidRPr="00C85D81">
        <w:t>______________________________________________________________</w:t>
      </w:r>
    </w:p>
    <w:p w14:paraId="7E4B69A8" w14:textId="77777777" w:rsidR="006A2DAB" w:rsidRPr="00C85D81" w:rsidRDefault="006A2DAB" w:rsidP="006A2DAB">
      <w:r w:rsidRPr="00C85D81">
        <w:t>______________________________________________________________</w:t>
      </w:r>
    </w:p>
    <w:p w14:paraId="2E215BC0" w14:textId="77777777" w:rsidR="006A2DAB" w:rsidRPr="00C85D81" w:rsidRDefault="006A2DAB" w:rsidP="006A2DAB">
      <w:pPr>
        <w:pStyle w:val="Heading2"/>
      </w:pPr>
      <w:r w:rsidRPr="00C85D81">
        <w:t>Who needs to be involved</w:t>
      </w:r>
    </w:p>
    <w:p w14:paraId="50C9A932" w14:textId="77777777" w:rsidR="006A2DAB" w:rsidRPr="00C85D81" w:rsidRDefault="006A2DAB" w:rsidP="006A2DAB">
      <w:r w:rsidRPr="00C85D81">
        <w:t>______________________________________________________________</w:t>
      </w:r>
    </w:p>
    <w:p w14:paraId="636CB1D6" w14:textId="77777777" w:rsidR="006A2DAB" w:rsidRPr="00C85D81" w:rsidRDefault="006A2DAB" w:rsidP="006A2DAB">
      <w:r w:rsidRPr="00C85D81">
        <w:t>______________________________________________________________</w:t>
      </w:r>
    </w:p>
    <w:p w14:paraId="5BEF544E" w14:textId="77777777" w:rsidR="006A2DAB" w:rsidRPr="00C85D81" w:rsidRDefault="006A2DAB" w:rsidP="006A2DAB">
      <w:r w:rsidRPr="00C85D81">
        <w:br w:type="page"/>
      </w:r>
    </w:p>
    <w:p w14:paraId="07820DF4" w14:textId="77777777" w:rsidR="006A2DAB" w:rsidRPr="00C85D81" w:rsidRDefault="006A2DAB" w:rsidP="006A2DAB">
      <w:pPr>
        <w:pStyle w:val="Heading1"/>
      </w:pPr>
      <w:r w:rsidRPr="00C85D81">
        <w:lastRenderedPageBreak/>
        <w:t>Chapter 3. Introduction</w:t>
      </w:r>
    </w:p>
    <w:p w14:paraId="235E0669" w14:textId="77777777" w:rsidR="006A2DAB" w:rsidRPr="00C85D81" w:rsidRDefault="006A2DAB" w:rsidP="006A2DAB">
      <w:pPr>
        <w:pStyle w:val="Heading2"/>
      </w:pPr>
      <w:r w:rsidRPr="00C85D81">
        <w:t>Reflection questions</w:t>
      </w:r>
    </w:p>
    <w:p w14:paraId="6928A988" w14:textId="0DDCD7D9" w:rsidR="006A2DAB" w:rsidRPr="00C85D81" w:rsidRDefault="006A2DAB" w:rsidP="006A2DAB">
      <w:pPr>
        <w:pStyle w:val="ListBullet"/>
        <w:tabs>
          <w:tab w:val="clear" w:pos="360"/>
          <w:tab w:val="num" w:pos="720"/>
        </w:tabs>
        <w:spacing w:after="200"/>
        <w:ind w:left="720"/>
      </w:pPr>
      <w:r w:rsidRPr="00C85D81">
        <w:t xml:space="preserve">What would it mean in practice for your service to place the person and what matters to them at the </w:t>
      </w:r>
      <w:r w:rsidR="00B30585" w:rsidRPr="00C85D81">
        <w:t>centre</w:t>
      </w:r>
      <w:r w:rsidRPr="00C85D81">
        <w:t>?</w:t>
      </w:r>
    </w:p>
    <w:p w14:paraId="57FCB9DF" w14:textId="77777777" w:rsidR="006A2DAB" w:rsidRPr="00C85D81" w:rsidRDefault="006A2DAB" w:rsidP="006A2DAB">
      <w:pPr>
        <w:pStyle w:val="ListBullet"/>
        <w:tabs>
          <w:tab w:val="clear" w:pos="360"/>
          <w:tab w:val="num" w:pos="720"/>
        </w:tabs>
        <w:spacing w:after="200"/>
        <w:ind w:left="720"/>
      </w:pPr>
      <w:r w:rsidRPr="00C85D81">
        <w:t>How clearly do your current processes help staff agree and hold purpose over time?</w:t>
      </w:r>
    </w:p>
    <w:p w14:paraId="15737655" w14:textId="77777777" w:rsidR="006A2DAB" w:rsidRPr="00C85D81" w:rsidRDefault="006A2DAB" w:rsidP="006A2DAB">
      <w:pPr>
        <w:pStyle w:val="ListBullet"/>
        <w:tabs>
          <w:tab w:val="clear" w:pos="360"/>
          <w:tab w:val="num" w:pos="720"/>
        </w:tabs>
        <w:spacing w:after="200"/>
        <w:ind w:left="720"/>
      </w:pPr>
      <w:r w:rsidRPr="00C85D81">
        <w:t>What permissions do staff currently have, and where are they unclear or inconsistent?</w:t>
      </w:r>
    </w:p>
    <w:p w14:paraId="098F57F3" w14:textId="77777777" w:rsidR="006A2DAB" w:rsidRPr="00C85D81" w:rsidRDefault="006A2DAB" w:rsidP="006A2DAB">
      <w:pPr>
        <w:pStyle w:val="ListBullet"/>
        <w:tabs>
          <w:tab w:val="clear" w:pos="360"/>
          <w:tab w:val="num" w:pos="720"/>
        </w:tabs>
        <w:spacing w:after="200"/>
        <w:ind w:left="720"/>
      </w:pPr>
      <w:r w:rsidRPr="00C85D81">
        <w:t>How ready is your workforce for bounded autonomy and adaptive practice?</w:t>
      </w:r>
    </w:p>
    <w:p w14:paraId="5B2DBA2D" w14:textId="77777777" w:rsidR="006A2DAB" w:rsidRPr="00C85D81" w:rsidRDefault="006A2DAB" w:rsidP="006A2DAB">
      <w:pPr>
        <w:pStyle w:val="ListBullet"/>
        <w:tabs>
          <w:tab w:val="clear" w:pos="360"/>
          <w:tab w:val="num" w:pos="720"/>
        </w:tabs>
        <w:spacing w:after="200"/>
        <w:ind w:left="720"/>
      </w:pPr>
      <w:r w:rsidRPr="00C85D81">
        <w:t>Where will lived experience, authenticity or visible hope strengthen your own approach?</w:t>
      </w:r>
    </w:p>
    <w:p w14:paraId="044C3355" w14:textId="77777777" w:rsidR="006A2DAB" w:rsidRPr="00C85D81" w:rsidRDefault="006A2DAB" w:rsidP="006A2DAB">
      <w:pPr>
        <w:pStyle w:val="Heading2"/>
      </w:pPr>
      <w:r w:rsidRPr="00C85D81">
        <w:t>Our notes</w:t>
      </w:r>
    </w:p>
    <w:p w14:paraId="7A59F554" w14:textId="77777777" w:rsidR="006A2DAB" w:rsidRPr="00C85D81" w:rsidRDefault="006A2DAB" w:rsidP="006A2DAB">
      <w:r w:rsidRPr="00C85D81">
        <w:t>______________________________________________________________</w:t>
      </w:r>
    </w:p>
    <w:p w14:paraId="68259338" w14:textId="77777777" w:rsidR="006A2DAB" w:rsidRPr="00C85D81" w:rsidRDefault="006A2DAB" w:rsidP="006A2DAB">
      <w:r w:rsidRPr="00C85D81">
        <w:t>______________________________________________________________</w:t>
      </w:r>
    </w:p>
    <w:p w14:paraId="048DC75B" w14:textId="77777777" w:rsidR="006A2DAB" w:rsidRPr="00C85D81" w:rsidRDefault="006A2DAB" w:rsidP="006A2DAB">
      <w:r w:rsidRPr="00C85D81">
        <w:t>______________________________________________________________</w:t>
      </w:r>
    </w:p>
    <w:p w14:paraId="4E2592C6" w14:textId="77777777" w:rsidR="006A2DAB" w:rsidRPr="00C85D81" w:rsidRDefault="006A2DAB" w:rsidP="006A2DAB">
      <w:r w:rsidRPr="00C85D81">
        <w:t>______________________________________________________________</w:t>
      </w:r>
    </w:p>
    <w:p w14:paraId="127C8FEC" w14:textId="77777777" w:rsidR="006A2DAB" w:rsidRPr="00C85D81" w:rsidRDefault="006A2DAB" w:rsidP="006A2DAB">
      <w:pPr>
        <w:pStyle w:val="Heading2"/>
      </w:pPr>
      <w:r w:rsidRPr="00C85D81">
        <w:t>Brief implementation exercise</w:t>
      </w:r>
    </w:p>
    <w:p w14:paraId="4FAA09FB" w14:textId="77777777" w:rsidR="006A2DAB" w:rsidRPr="00C85D81" w:rsidRDefault="006A2DAB" w:rsidP="006A2DAB">
      <w:r w:rsidRPr="00C85D81">
        <w:t>Write a short statement beginning, 'In our service, agreed purpose would mean...'. Then list three decisions staff currently make that are unclear, overly restricted or dependent on unnecessary permission. Discuss which of these could safely be clarified or delegated if you wanted staff to work in a more purposeful and relational way.</w:t>
      </w:r>
    </w:p>
    <w:p w14:paraId="494DB355" w14:textId="77777777" w:rsidR="006A2DAB" w:rsidRPr="00C85D81" w:rsidRDefault="006A2DAB" w:rsidP="006A2DAB">
      <w:pPr>
        <w:pStyle w:val="Heading2"/>
      </w:pPr>
      <w:r w:rsidRPr="00C85D81">
        <w:t>What this means for us</w:t>
      </w:r>
    </w:p>
    <w:p w14:paraId="44E592DA" w14:textId="77777777" w:rsidR="006A2DAB" w:rsidRPr="00C85D81" w:rsidRDefault="006A2DAB" w:rsidP="006A2DAB">
      <w:r w:rsidRPr="00C85D81">
        <w:t>______________________________________________________________</w:t>
      </w:r>
    </w:p>
    <w:p w14:paraId="363FA045" w14:textId="77777777" w:rsidR="006A2DAB" w:rsidRPr="00C85D81" w:rsidRDefault="006A2DAB" w:rsidP="006A2DAB">
      <w:r w:rsidRPr="00C85D81">
        <w:t>______________________________________________________________</w:t>
      </w:r>
    </w:p>
    <w:p w14:paraId="41F44032" w14:textId="77777777" w:rsidR="006A2DAB" w:rsidRPr="00C85D81" w:rsidRDefault="006A2DAB" w:rsidP="006A2DAB">
      <w:r w:rsidRPr="00C85D81">
        <w:t>______________________________________________________________</w:t>
      </w:r>
    </w:p>
    <w:p w14:paraId="524FA2CB" w14:textId="77777777" w:rsidR="006A2DAB" w:rsidRPr="00C85D81" w:rsidRDefault="006A2DAB" w:rsidP="006A2DAB">
      <w:pPr>
        <w:pStyle w:val="Heading2"/>
      </w:pPr>
      <w:r w:rsidRPr="00C85D81">
        <w:t>What we could test next</w:t>
      </w:r>
    </w:p>
    <w:p w14:paraId="54251D69" w14:textId="77777777" w:rsidR="006A2DAB" w:rsidRPr="00C85D81" w:rsidRDefault="006A2DAB" w:rsidP="006A2DAB">
      <w:r w:rsidRPr="00C85D81">
        <w:t>______________________________________________________________</w:t>
      </w:r>
    </w:p>
    <w:p w14:paraId="2EE632EA" w14:textId="77777777" w:rsidR="006A2DAB" w:rsidRPr="00C85D81" w:rsidRDefault="006A2DAB" w:rsidP="006A2DAB">
      <w:r w:rsidRPr="00C85D81">
        <w:t>______________________________________________________________</w:t>
      </w:r>
    </w:p>
    <w:p w14:paraId="503C18D1" w14:textId="78483737" w:rsidR="006A2DAB" w:rsidRPr="00C85D81" w:rsidRDefault="006A2DAB" w:rsidP="006A2DAB">
      <w:pPr>
        <w:pStyle w:val="Heading2"/>
      </w:pPr>
      <w:r w:rsidRPr="00C85D81">
        <w:t xml:space="preserve">Who needs to be </w:t>
      </w:r>
      <w:r w:rsidR="003F27EF" w:rsidRPr="00C85D81">
        <w:t>involved?</w:t>
      </w:r>
    </w:p>
    <w:p w14:paraId="2C90F3A7" w14:textId="77777777" w:rsidR="006A2DAB" w:rsidRPr="00C85D81" w:rsidRDefault="006A2DAB" w:rsidP="006A2DAB">
      <w:r w:rsidRPr="00C85D81">
        <w:t>______________________________________________________________</w:t>
      </w:r>
    </w:p>
    <w:p w14:paraId="4FE00C75" w14:textId="77777777" w:rsidR="006A2DAB" w:rsidRPr="00C85D81" w:rsidRDefault="006A2DAB" w:rsidP="006A2DAB">
      <w:r w:rsidRPr="00C85D81">
        <w:t>______________________________________________________________</w:t>
      </w:r>
    </w:p>
    <w:p w14:paraId="614AC695" w14:textId="77777777" w:rsidR="006A2DAB" w:rsidRPr="00C85D81" w:rsidRDefault="006A2DAB" w:rsidP="006A2DAB">
      <w:r w:rsidRPr="00C85D81">
        <w:br w:type="page"/>
      </w:r>
    </w:p>
    <w:p w14:paraId="0CB1396B" w14:textId="77777777" w:rsidR="006A2DAB" w:rsidRPr="00C85D81" w:rsidRDefault="006A2DAB" w:rsidP="006A2DAB">
      <w:pPr>
        <w:pStyle w:val="Heading1"/>
      </w:pPr>
      <w:r w:rsidRPr="00C85D81">
        <w:lastRenderedPageBreak/>
        <w:t>Chapter 4. The work – Our Mission and Method</w:t>
      </w:r>
    </w:p>
    <w:p w14:paraId="05F477F2" w14:textId="77777777" w:rsidR="006A2DAB" w:rsidRPr="00C85D81" w:rsidRDefault="006A2DAB" w:rsidP="006A2DAB">
      <w:pPr>
        <w:pStyle w:val="Heading2"/>
      </w:pPr>
      <w:r w:rsidRPr="00C85D81">
        <w:t>Reflection questions</w:t>
      </w:r>
    </w:p>
    <w:p w14:paraId="0EAA29A0" w14:textId="77777777" w:rsidR="006A2DAB" w:rsidRPr="00C85D81" w:rsidRDefault="006A2DAB" w:rsidP="006A2DAB">
      <w:pPr>
        <w:pStyle w:val="ListBullet"/>
        <w:tabs>
          <w:tab w:val="clear" w:pos="360"/>
          <w:tab w:val="num" w:pos="720"/>
        </w:tabs>
        <w:spacing w:after="200"/>
        <w:ind w:left="720"/>
      </w:pPr>
      <w:r w:rsidRPr="00C85D81">
        <w:t>How open is your service to changing processes that no longer help?</w:t>
      </w:r>
    </w:p>
    <w:p w14:paraId="310BA722" w14:textId="77777777" w:rsidR="006A2DAB" w:rsidRPr="00C85D81" w:rsidRDefault="006A2DAB" w:rsidP="006A2DAB">
      <w:pPr>
        <w:pStyle w:val="ListBullet"/>
        <w:tabs>
          <w:tab w:val="clear" w:pos="360"/>
          <w:tab w:val="num" w:pos="720"/>
        </w:tabs>
        <w:spacing w:after="200"/>
        <w:ind w:left="720"/>
      </w:pPr>
      <w:r w:rsidRPr="00C85D81">
        <w:t>What would make it easier for staff to challenge assumptions safely?</w:t>
      </w:r>
    </w:p>
    <w:p w14:paraId="27178C2F" w14:textId="77777777" w:rsidR="006A2DAB" w:rsidRPr="00C85D81" w:rsidRDefault="006A2DAB" w:rsidP="006A2DAB">
      <w:pPr>
        <w:pStyle w:val="ListBullet"/>
        <w:tabs>
          <w:tab w:val="clear" w:pos="360"/>
          <w:tab w:val="num" w:pos="720"/>
        </w:tabs>
        <w:spacing w:after="200"/>
        <w:ind w:left="720"/>
      </w:pPr>
      <w:r w:rsidRPr="00C85D81">
        <w:t>Where do you already learn from practice, and where is learning mostly accidental?</w:t>
      </w:r>
    </w:p>
    <w:p w14:paraId="4D69AFD4" w14:textId="77777777" w:rsidR="006A2DAB" w:rsidRPr="00C85D81" w:rsidRDefault="006A2DAB" w:rsidP="006A2DAB">
      <w:pPr>
        <w:pStyle w:val="ListBullet"/>
        <w:tabs>
          <w:tab w:val="clear" w:pos="360"/>
          <w:tab w:val="num" w:pos="720"/>
        </w:tabs>
        <w:spacing w:after="200"/>
        <w:ind w:left="720"/>
      </w:pPr>
      <w:r w:rsidRPr="00C85D81">
        <w:t>What would version 1 of your own playbook need to leave open on purpose?</w:t>
      </w:r>
    </w:p>
    <w:p w14:paraId="6A8B402A" w14:textId="77777777" w:rsidR="006A2DAB" w:rsidRPr="00C85D81" w:rsidRDefault="006A2DAB" w:rsidP="006A2DAB">
      <w:pPr>
        <w:pStyle w:val="Heading2"/>
      </w:pPr>
      <w:r w:rsidRPr="00C85D81">
        <w:t>Our notes</w:t>
      </w:r>
    </w:p>
    <w:p w14:paraId="7B297787" w14:textId="77777777" w:rsidR="006A2DAB" w:rsidRPr="00C85D81" w:rsidRDefault="006A2DAB" w:rsidP="006A2DAB">
      <w:r w:rsidRPr="00C85D81">
        <w:t>______________________________________________________________</w:t>
      </w:r>
    </w:p>
    <w:p w14:paraId="00DB61F2" w14:textId="77777777" w:rsidR="006A2DAB" w:rsidRPr="00C85D81" w:rsidRDefault="006A2DAB" w:rsidP="006A2DAB">
      <w:r w:rsidRPr="00C85D81">
        <w:t>______________________________________________________________</w:t>
      </w:r>
    </w:p>
    <w:p w14:paraId="7B49239A" w14:textId="77777777" w:rsidR="006A2DAB" w:rsidRPr="00C85D81" w:rsidRDefault="006A2DAB" w:rsidP="006A2DAB">
      <w:r w:rsidRPr="00C85D81">
        <w:t>______________________________________________________________</w:t>
      </w:r>
    </w:p>
    <w:p w14:paraId="3FE7CEF8" w14:textId="77777777" w:rsidR="006A2DAB" w:rsidRPr="00C85D81" w:rsidRDefault="006A2DAB" w:rsidP="006A2DAB">
      <w:r w:rsidRPr="00C85D81">
        <w:t>______________________________________________________________</w:t>
      </w:r>
    </w:p>
    <w:p w14:paraId="3AFBE76C" w14:textId="77777777" w:rsidR="006A2DAB" w:rsidRPr="00C85D81" w:rsidRDefault="006A2DAB" w:rsidP="006A2DAB">
      <w:pPr>
        <w:pStyle w:val="Heading2"/>
      </w:pPr>
      <w:r w:rsidRPr="00C85D81">
        <w:t>Brief implementation exercise</w:t>
      </w:r>
    </w:p>
    <w:p w14:paraId="6CE9E037" w14:textId="77777777" w:rsidR="006A2DAB" w:rsidRPr="00C85D81" w:rsidRDefault="006A2DAB" w:rsidP="006A2DAB">
      <w:r w:rsidRPr="00C85D81">
        <w:t>Write down one belief your service currently holds about good support. Then ask: what evidence from practice backs this up, what might challenge it, and what would we do if we learned that belief was only partly true?</w:t>
      </w:r>
    </w:p>
    <w:p w14:paraId="634B90D8" w14:textId="77777777" w:rsidR="006A2DAB" w:rsidRPr="00C85D81" w:rsidRDefault="006A2DAB" w:rsidP="006A2DAB">
      <w:pPr>
        <w:pStyle w:val="Heading2"/>
      </w:pPr>
      <w:r w:rsidRPr="00C85D81">
        <w:t>What this means for us</w:t>
      </w:r>
    </w:p>
    <w:p w14:paraId="650099D7" w14:textId="77777777" w:rsidR="006A2DAB" w:rsidRPr="00C85D81" w:rsidRDefault="006A2DAB" w:rsidP="006A2DAB">
      <w:r w:rsidRPr="00C85D81">
        <w:t>______________________________________________________________</w:t>
      </w:r>
    </w:p>
    <w:p w14:paraId="631AB21B" w14:textId="77777777" w:rsidR="006A2DAB" w:rsidRPr="00C85D81" w:rsidRDefault="006A2DAB" w:rsidP="006A2DAB">
      <w:r w:rsidRPr="00C85D81">
        <w:t>______________________________________________________________</w:t>
      </w:r>
    </w:p>
    <w:p w14:paraId="122FB052" w14:textId="77777777" w:rsidR="006A2DAB" w:rsidRPr="00C85D81" w:rsidRDefault="006A2DAB" w:rsidP="006A2DAB">
      <w:r w:rsidRPr="00C85D81">
        <w:t>______________________________________________________________</w:t>
      </w:r>
    </w:p>
    <w:p w14:paraId="4A8BEC97" w14:textId="77777777" w:rsidR="006A2DAB" w:rsidRPr="00C85D81" w:rsidRDefault="006A2DAB" w:rsidP="006A2DAB">
      <w:pPr>
        <w:pStyle w:val="Heading2"/>
      </w:pPr>
      <w:r w:rsidRPr="00C85D81">
        <w:t>What we could test next</w:t>
      </w:r>
    </w:p>
    <w:p w14:paraId="75003C89" w14:textId="77777777" w:rsidR="006A2DAB" w:rsidRPr="00C85D81" w:rsidRDefault="006A2DAB" w:rsidP="006A2DAB">
      <w:r w:rsidRPr="00C85D81">
        <w:t>______________________________________________________________</w:t>
      </w:r>
    </w:p>
    <w:p w14:paraId="251F5240" w14:textId="77777777" w:rsidR="006A2DAB" w:rsidRPr="00C85D81" w:rsidRDefault="006A2DAB" w:rsidP="006A2DAB">
      <w:r w:rsidRPr="00C85D81">
        <w:t>______________________________________________________________</w:t>
      </w:r>
    </w:p>
    <w:p w14:paraId="3DA32C1B" w14:textId="77777777" w:rsidR="006A2DAB" w:rsidRPr="00C85D81" w:rsidRDefault="006A2DAB" w:rsidP="006A2DAB">
      <w:pPr>
        <w:pStyle w:val="Heading2"/>
      </w:pPr>
      <w:r w:rsidRPr="00C85D81">
        <w:t>Who needs to be involved</w:t>
      </w:r>
    </w:p>
    <w:p w14:paraId="37DFCCE5" w14:textId="77777777" w:rsidR="006A2DAB" w:rsidRPr="00C85D81" w:rsidRDefault="006A2DAB" w:rsidP="006A2DAB">
      <w:r w:rsidRPr="00C85D81">
        <w:t>______________________________________________________________</w:t>
      </w:r>
    </w:p>
    <w:p w14:paraId="1FC432CD" w14:textId="77777777" w:rsidR="006A2DAB" w:rsidRPr="00C85D81" w:rsidRDefault="006A2DAB" w:rsidP="006A2DAB">
      <w:r w:rsidRPr="00C85D81">
        <w:t>______________________________________________________________</w:t>
      </w:r>
    </w:p>
    <w:p w14:paraId="44DDB27F" w14:textId="77777777" w:rsidR="006A2DAB" w:rsidRPr="00C85D81" w:rsidRDefault="006A2DAB" w:rsidP="006A2DAB">
      <w:r w:rsidRPr="00C85D81">
        <w:br w:type="page"/>
      </w:r>
    </w:p>
    <w:p w14:paraId="08158BAE" w14:textId="77777777" w:rsidR="006A2DAB" w:rsidRPr="00C85D81" w:rsidRDefault="006A2DAB" w:rsidP="006A2DAB">
      <w:pPr>
        <w:pStyle w:val="Heading1"/>
      </w:pPr>
      <w:r w:rsidRPr="00C85D81">
        <w:lastRenderedPageBreak/>
        <w:t>Chapter 5. The Liberated Method</w:t>
      </w:r>
    </w:p>
    <w:p w14:paraId="3D9C4803" w14:textId="77777777" w:rsidR="006A2DAB" w:rsidRPr="00C85D81" w:rsidRDefault="006A2DAB" w:rsidP="006A2DAB">
      <w:pPr>
        <w:pStyle w:val="Heading2"/>
      </w:pPr>
      <w:r w:rsidRPr="00C85D81">
        <w:t>Reflection questions</w:t>
      </w:r>
    </w:p>
    <w:p w14:paraId="2F835E9A" w14:textId="77777777" w:rsidR="006A2DAB" w:rsidRPr="00C85D81" w:rsidRDefault="006A2DAB" w:rsidP="006A2DAB">
      <w:pPr>
        <w:pStyle w:val="ListBullet"/>
        <w:tabs>
          <w:tab w:val="clear" w:pos="360"/>
          <w:tab w:val="num" w:pos="720"/>
        </w:tabs>
        <w:spacing w:after="200"/>
        <w:ind w:left="720"/>
      </w:pPr>
      <w:r w:rsidRPr="00C85D81">
        <w:t>What are the few things your service needs to hold firm?</w:t>
      </w:r>
    </w:p>
    <w:p w14:paraId="5DD106AC" w14:textId="77777777" w:rsidR="006A2DAB" w:rsidRPr="00C85D81" w:rsidRDefault="006A2DAB" w:rsidP="006A2DAB">
      <w:pPr>
        <w:pStyle w:val="ListBullet"/>
        <w:tabs>
          <w:tab w:val="clear" w:pos="360"/>
          <w:tab w:val="num" w:pos="720"/>
        </w:tabs>
        <w:spacing w:after="200"/>
        <w:ind w:left="720"/>
      </w:pPr>
      <w:r w:rsidRPr="00C85D81">
        <w:t>Where do workers currently need more permission to use judgement?</w:t>
      </w:r>
    </w:p>
    <w:p w14:paraId="36F9CE53" w14:textId="77777777" w:rsidR="006A2DAB" w:rsidRPr="00C85D81" w:rsidRDefault="006A2DAB" w:rsidP="006A2DAB">
      <w:pPr>
        <w:pStyle w:val="ListBullet"/>
        <w:tabs>
          <w:tab w:val="clear" w:pos="360"/>
          <w:tab w:val="num" w:pos="720"/>
        </w:tabs>
        <w:spacing w:after="200"/>
        <w:ind w:left="720"/>
      </w:pPr>
      <w:r w:rsidRPr="00C85D81">
        <w:t>How will you know whether your principles are helping or creating drift?</w:t>
      </w:r>
    </w:p>
    <w:p w14:paraId="286D17D3" w14:textId="77777777" w:rsidR="006A2DAB" w:rsidRPr="00C85D81" w:rsidRDefault="006A2DAB" w:rsidP="006A2DAB">
      <w:pPr>
        <w:pStyle w:val="ListBullet"/>
        <w:tabs>
          <w:tab w:val="clear" w:pos="360"/>
          <w:tab w:val="num" w:pos="720"/>
        </w:tabs>
        <w:spacing w:after="200"/>
        <w:ind w:left="720"/>
      </w:pPr>
      <w:r w:rsidRPr="00C85D81">
        <w:t>Which current rules protect quality, and which mainly protect habit?</w:t>
      </w:r>
    </w:p>
    <w:p w14:paraId="7C37D30A" w14:textId="77777777" w:rsidR="006A2DAB" w:rsidRPr="00C85D81" w:rsidRDefault="006A2DAB" w:rsidP="006A2DAB">
      <w:pPr>
        <w:pStyle w:val="Heading2"/>
      </w:pPr>
      <w:r w:rsidRPr="00C85D81">
        <w:t>Our notes</w:t>
      </w:r>
    </w:p>
    <w:p w14:paraId="04A81B3A" w14:textId="77777777" w:rsidR="006A2DAB" w:rsidRPr="00C85D81" w:rsidRDefault="006A2DAB" w:rsidP="006A2DAB">
      <w:r w:rsidRPr="00C85D81">
        <w:t>______________________________________________________________</w:t>
      </w:r>
    </w:p>
    <w:p w14:paraId="40292576" w14:textId="77777777" w:rsidR="006A2DAB" w:rsidRPr="00C85D81" w:rsidRDefault="006A2DAB" w:rsidP="006A2DAB">
      <w:r w:rsidRPr="00C85D81">
        <w:t>______________________________________________________________</w:t>
      </w:r>
    </w:p>
    <w:p w14:paraId="058EEBD9" w14:textId="77777777" w:rsidR="006A2DAB" w:rsidRPr="00C85D81" w:rsidRDefault="006A2DAB" w:rsidP="006A2DAB">
      <w:r w:rsidRPr="00C85D81">
        <w:t>______________________________________________________________</w:t>
      </w:r>
    </w:p>
    <w:p w14:paraId="56FA9E5A" w14:textId="77777777" w:rsidR="006A2DAB" w:rsidRPr="00C85D81" w:rsidRDefault="006A2DAB" w:rsidP="006A2DAB">
      <w:r w:rsidRPr="00C85D81">
        <w:t>______________________________________________________________</w:t>
      </w:r>
    </w:p>
    <w:p w14:paraId="6799B736" w14:textId="77777777" w:rsidR="006A2DAB" w:rsidRPr="00C85D81" w:rsidRDefault="006A2DAB" w:rsidP="006A2DAB">
      <w:pPr>
        <w:pStyle w:val="Heading2"/>
      </w:pPr>
      <w:r w:rsidRPr="00C85D81">
        <w:t>Brief implementation exercise</w:t>
      </w:r>
    </w:p>
    <w:p w14:paraId="0F168EA0" w14:textId="77777777" w:rsidR="006A2DAB" w:rsidRPr="00C85D81" w:rsidRDefault="006A2DAB" w:rsidP="006A2DAB">
      <w:r w:rsidRPr="00C85D81">
        <w:t>Re-draft the rules and principles to reflect your local context, amending, removing or adding content based on what this means on Monday, in contact with a real person?</w:t>
      </w:r>
    </w:p>
    <w:p w14:paraId="6F6A5B33" w14:textId="77777777" w:rsidR="006A2DAB" w:rsidRPr="00C85D81" w:rsidRDefault="006A2DAB" w:rsidP="006A2DAB">
      <w:pPr>
        <w:pStyle w:val="Heading2"/>
      </w:pPr>
      <w:r w:rsidRPr="00C85D81">
        <w:t>What this means for us</w:t>
      </w:r>
    </w:p>
    <w:p w14:paraId="5E39B3E1" w14:textId="77777777" w:rsidR="006A2DAB" w:rsidRPr="00C85D81" w:rsidRDefault="006A2DAB" w:rsidP="006A2DAB">
      <w:r w:rsidRPr="00C85D81">
        <w:t>______________________________________________________________</w:t>
      </w:r>
    </w:p>
    <w:p w14:paraId="66B69E6B" w14:textId="77777777" w:rsidR="006A2DAB" w:rsidRPr="00C85D81" w:rsidRDefault="006A2DAB" w:rsidP="006A2DAB">
      <w:r w:rsidRPr="00C85D81">
        <w:t>______________________________________________________________</w:t>
      </w:r>
    </w:p>
    <w:p w14:paraId="06E86D5B" w14:textId="77777777" w:rsidR="006A2DAB" w:rsidRPr="00C85D81" w:rsidRDefault="006A2DAB" w:rsidP="006A2DAB">
      <w:r w:rsidRPr="00C85D81">
        <w:t>______________________________________________________________</w:t>
      </w:r>
    </w:p>
    <w:p w14:paraId="1DB7E08D" w14:textId="77777777" w:rsidR="006A2DAB" w:rsidRPr="00C85D81" w:rsidRDefault="006A2DAB" w:rsidP="006A2DAB">
      <w:pPr>
        <w:pStyle w:val="Heading2"/>
      </w:pPr>
      <w:r w:rsidRPr="00C85D81">
        <w:t>What we could test next</w:t>
      </w:r>
    </w:p>
    <w:p w14:paraId="322E464F" w14:textId="77777777" w:rsidR="006A2DAB" w:rsidRPr="00C85D81" w:rsidRDefault="006A2DAB" w:rsidP="006A2DAB">
      <w:r w:rsidRPr="00C85D81">
        <w:t>______________________________________________________________</w:t>
      </w:r>
    </w:p>
    <w:p w14:paraId="344C0A4F" w14:textId="77777777" w:rsidR="006A2DAB" w:rsidRPr="00C85D81" w:rsidRDefault="006A2DAB" w:rsidP="006A2DAB">
      <w:r w:rsidRPr="00C85D81">
        <w:t>______________________________________________________________</w:t>
      </w:r>
    </w:p>
    <w:p w14:paraId="643448B9" w14:textId="77777777" w:rsidR="006A2DAB" w:rsidRPr="00C85D81" w:rsidRDefault="006A2DAB" w:rsidP="006A2DAB">
      <w:pPr>
        <w:pStyle w:val="Heading2"/>
      </w:pPr>
      <w:r w:rsidRPr="00C85D81">
        <w:t>Who needs to be involved</w:t>
      </w:r>
    </w:p>
    <w:p w14:paraId="44D6BABF" w14:textId="77777777" w:rsidR="006A2DAB" w:rsidRPr="00C85D81" w:rsidRDefault="006A2DAB" w:rsidP="006A2DAB">
      <w:r w:rsidRPr="00C85D81">
        <w:t>______________________________________________________________</w:t>
      </w:r>
    </w:p>
    <w:p w14:paraId="7CC70D8C" w14:textId="77777777" w:rsidR="006A2DAB" w:rsidRPr="00C85D81" w:rsidRDefault="006A2DAB" w:rsidP="006A2DAB">
      <w:r w:rsidRPr="00C85D81">
        <w:t>______________________________________________________________</w:t>
      </w:r>
    </w:p>
    <w:p w14:paraId="7B5F9DBB" w14:textId="77777777" w:rsidR="006A2DAB" w:rsidRPr="00C85D81" w:rsidRDefault="006A2DAB" w:rsidP="006A2DAB">
      <w:r w:rsidRPr="00C85D81">
        <w:br w:type="page"/>
      </w:r>
    </w:p>
    <w:p w14:paraId="1E33021A" w14:textId="77777777" w:rsidR="006A2DAB" w:rsidRPr="00C85D81" w:rsidRDefault="006A2DAB" w:rsidP="006A2DAB">
      <w:pPr>
        <w:pStyle w:val="Heading1"/>
      </w:pPr>
      <w:r w:rsidRPr="00C85D81">
        <w:lastRenderedPageBreak/>
        <w:t>Chapter 5.1. The Rules</w:t>
      </w:r>
    </w:p>
    <w:p w14:paraId="25E459F7" w14:textId="77777777" w:rsidR="006A2DAB" w:rsidRPr="00C85D81" w:rsidRDefault="006A2DAB" w:rsidP="006A2DAB">
      <w:pPr>
        <w:pStyle w:val="Heading2"/>
      </w:pPr>
      <w:r w:rsidRPr="00C85D81">
        <w:t>Reflection questions</w:t>
      </w:r>
    </w:p>
    <w:p w14:paraId="445C2D40" w14:textId="77777777" w:rsidR="006A2DAB" w:rsidRPr="00C85D81" w:rsidRDefault="006A2DAB" w:rsidP="006A2DAB">
      <w:pPr>
        <w:pStyle w:val="ListBullet"/>
        <w:tabs>
          <w:tab w:val="clear" w:pos="360"/>
          <w:tab w:val="num" w:pos="720"/>
        </w:tabs>
        <w:spacing w:after="200"/>
        <w:ind w:left="720"/>
      </w:pPr>
      <w:r w:rsidRPr="00C85D81">
        <w:t>Where do your current systems make it hard to keep purpose visible?</w:t>
      </w:r>
    </w:p>
    <w:p w14:paraId="1F40C5E5" w14:textId="77777777" w:rsidR="006A2DAB" w:rsidRPr="00C85D81" w:rsidRDefault="006A2DAB" w:rsidP="006A2DAB">
      <w:pPr>
        <w:pStyle w:val="ListBullet"/>
        <w:tabs>
          <w:tab w:val="clear" w:pos="360"/>
          <w:tab w:val="num" w:pos="720"/>
        </w:tabs>
        <w:spacing w:after="200"/>
        <w:ind w:left="720"/>
      </w:pPr>
      <w:r w:rsidRPr="00C85D81">
        <w:t>What would do no harm mean in your context, beyond physical safety?</w:t>
      </w:r>
    </w:p>
    <w:p w14:paraId="12F4AD46" w14:textId="77777777" w:rsidR="006A2DAB" w:rsidRPr="00C85D81" w:rsidRDefault="006A2DAB" w:rsidP="006A2DAB">
      <w:pPr>
        <w:pStyle w:val="ListBullet"/>
        <w:tabs>
          <w:tab w:val="clear" w:pos="360"/>
          <w:tab w:val="num" w:pos="720"/>
        </w:tabs>
        <w:spacing w:after="200"/>
        <w:ind w:left="720"/>
      </w:pPr>
      <w:r w:rsidRPr="00C85D81">
        <w:t>How confident are staff in knowing when they need to seek guidance?</w:t>
      </w:r>
    </w:p>
    <w:p w14:paraId="4FA80A0E" w14:textId="77777777" w:rsidR="006A2DAB" w:rsidRPr="00C85D81" w:rsidRDefault="006A2DAB" w:rsidP="006A2DAB">
      <w:pPr>
        <w:pStyle w:val="Heading2"/>
      </w:pPr>
      <w:r w:rsidRPr="00C85D81">
        <w:t>Our notes</w:t>
      </w:r>
    </w:p>
    <w:p w14:paraId="7C969AB1" w14:textId="77777777" w:rsidR="006A2DAB" w:rsidRPr="00C85D81" w:rsidRDefault="006A2DAB" w:rsidP="006A2DAB">
      <w:r w:rsidRPr="00C85D81">
        <w:t>______________________________________________________________</w:t>
      </w:r>
    </w:p>
    <w:p w14:paraId="38B96FD0" w14:textId="77777777" w:rsidR="006A2DAB" w:rsidRPr="00C85D81" w:rsidRDefault="006A2DAB" w:rsidP="006A2DAB">
      <w:r w:rsidRPr="00C85D81">
        <w:t>______________________________________________________________</w:t>
      </w:r>
    </w:p>
    <w:p w14:paraId="3D034D9D" w14:textId="77777777" w:rsidR="006A2DAB" w:rsidRPr="00C85D81" w:rsidRDefault="006A2DAB" w:rsidP="006A2DAB">
      <w:r w:rsidRPr="00C85D81">
        <w:t>______________________________________________________________</w:t>
      </w:r>
    </w:p>
    <w:p w14:paraId="42C54BB6" w14:textId="77777777" w:rsidR="006A2DAB" w:rsidRPr="00C85D81" w:rsidRDefault="006A2DAB" w:rsidP="006A2DAB">
      <w:r w:rsidRPr="00C85D81">
        <w:t>______________________________________________________________</w:t>
      </w:r>
    </w:p>
    <w:p w14:paraId="25F6707E" w14:textId="77777777" w:rsidR="006A2DAB" w:rsidRPr="00C85D81" w:rsidRDefault="006A2DAB" w:rsidP="006A2DAB">
      <w:pPr>
        <w:pStyle w:val="Heading2"/>
      </w:pPr>
      <w:r w:rsidRPr="00C85D81">
        <w:t>Brief implementation exercise</w:t>
      </w:r>
    </w:p>
    <w:p w14:paraId="7A465069" w14:textId="77777777" w:rsidR="006A2DAB" w:rsidRPr="00C85D81" w:rsidRDefault="006A2DAB" w:rsidP="006A2DAB">
      <w:r w:rsidRPr="00C85D81">
        <w:t>Take a recent practice situation. Re-read it through the three rules. What action was clearly supported, what needed challenge, and what would you do differently next time?</w:t>
      </w:r>
    </w:p>
    <w:p w14:paraId="7687C6A6" w14:textId="77777777" w:rsidR="006A2DAB" w:rsidRPr="00C85D81" w:rsidRDefault="006A2DAB" w:rsidP="006A2DAB">
      <w:pPr>
        <w:pStyle w:val="Heading2"/>
      </w:pPr>
      <w:r w:rsidRPr="00C85D81">
        <w:t>What this means for us</w:t>
      </w:r>
    </w:p>
    <w:p w14:paraId="51DCCDE8" w14:textId="77777777" w:rsidR="006A2DAB" w:rsidRPr="00C85D81" w:rsidRDefault="006A2DAB" w:rsidP="006A2DAB">
      <w:r w:rsidRPr="00C85D81">
        <w:t>______________________________________________________________</w:t>
      </w:r>
    </w:p>
    <w:p w14:paraId="1ED42403" w14:textId="77777777" w:rsidR="006A2DAB" w:rsidRPr="00C85D81" w:rsidRDefault="006A2DAB" w:rsidP="006A2DAB">
      <w:r w:rsidRPr="00C85D81">
        <w:t>______________________________________________________________</w:t>
      </w:r>
    </w:p>
    <w:p w14:paraId="4B763BB0" w14:textId="77777777" w:rsidR="006A2DAB" w:rsidRPr="00C85D81" w:rsidRDefault="006A2DAB" w:rsidP="006A2DAB">
      <w:r w:rsidRPr="00C85D81">
        <w:t>______________________________________________________________</w:t>
      </w:r>
    </w:p>
    <w:p w14:paraId="11DCBC69" w14:textId="77777777" w:rsidR="006A2DAB" w:rsidRPr="00C85D81" w:rsidRDefault="006A2DAB" w:rsidP="006A2DAB">
      <w:pPr>
        <w:pStyle w:val="Heading2"/>
      </w:pPr>
      <w:r w:rsidRPr="00C85D81">
        <w:t>What we could test next</w:t>
      </w:r>
    </w:p>
    <w:p w14:paraId="5C34CA14" w14:textId="77777777" w:rsidR="006A2DAB" w:rsidRPr="00C85D81" w:rsidRDefault="006A2DAB" w:rsidP="006A2DAB">
      <w:r w:rsidRPr="00C85D81">
        <w:t>______________________________________________________________</w:t>
      </w:r>
    </w:p>
    <w:p w14:paraId="70395B79" w14:textId="77777777" w:rsidR="006A2DAB" w:rsidRPr="00C85D81" w:rsidRDefault="006A2DAB" w:rsidP="006A2DAB">
      <w:r w:rsidRPr="00C85D81">
        <w:t>______________________________________________________________</w:t>
      </w:r>
    </w:p>
    <w:p w14:paraId="6377149C" w14:textId="77777777" w:rsidR="006A2DAB" w:rsidRPr="00C85D81" w:rsidRDefault="006A2DAB" w:rsidP="006A2DAB">
      <w:pPr>
        <w:pStyle w:val="Heading2"/>
      </w:pPr>
      <w:r w:rsidRPr="00C85D81">
        <w:t>Who needs to be involved</w:t>
      </w:r>
    </w:p>
    <w:p w14:paraId="6A5E94FD" w14:textId="77777777" w:rsidR="006A2DAB" w:rsidRPr="00C85D81" w:rsidRDefault="006A2DAB" w:rsidP="006A2DAB">
      <w:r w:rsidRPr="00C85D81">
        <w:t>______________________________________________________________</w:t>
      </w:r>
    </w:p>
    <w:p w14:paraId="49869277" w14:textId="77777777" w:rsidR="006A2DAB" w:rsidRPr="00C85D81" w:rsidRDefault="006A2DAB" w:rsidP="006A2DAB">
      <w:r w:rsidRPr="00C85D81">
        <w:t>______________________________________________________________</w:t>
      </w:r>
    </w:p>
    <w:p w14:paraId="4AADAFEE" w14:textId="77777777" w:rsidR="006A2DAB" w:rsidRPr="00C85D81" w:rsidRDefault="006A2DAB" w:rsidP="006A2DAB">
      <w:r w:rsidRPr="00C85D81">
        <w:br w:type="page"/>
      </w:r>
    </w:p>
    <w:p w14:paraId="044308FE" w14:textId="77777777" w:rsidR="006A2DAB" w:rsidRPr="00C85D81" w:rsidRDefault="006A2DAB" w:rsidP="006A2DAB">
      <w:pPr>
        <w:pStyle w:val="Heading1"/>
      </w:pPr>
      <w:r w:rsidRPr="00C85D81">
        <w:lastRenderedPageBreak/>
        <w:t xml:space="preserve">Chapter 5.2. The </w:t>
      </w:r>
      <w:proofErr w:type="gramStart"/>
      <w:r w:rsidRPr="00C85D81">
        <w:t>Principles</w:t>
      </w:r>
      <w:proofErr w:type="gramEnd"/>
    </w:p>
    <w:p w14:paraId="1ABCAF59" w14:textId="77777777" w:rsidR="006A2DAB" w:rsidRPr="00C85D81" w:rsidRDefault="006A2DAB" w:rsidP="006A2DAB">
      <w:pPr>
        <w:pStyle w:val="Heading2"/>
      </w:pPr>
      <w:r w:rsidRPr="00C85D81">
        <w:t>Reflection questions</w:t>
      </w:r>
    </w:p>
    <w:p w14:paraId="539FB037" w14:textId="77777777" w:rsidR="006A2DAB" w:rsidRPr="00C85D81" w:rsidRDefault="006A2DAB" w:rsidP="006A2DAB">
      <w:pPr>
        <w:pStyle w:val="ListBullet"/>
        <w:tabs>
          <w:tab w:val="clear" w:pos="360"/>
          <w:tab w:val="num" w:pos="720"/>
        </w:tabs>
        <w:spacing w:after="200"/>
        <w:ind w:left="720"/>
      </w:pPr>
      <w:r w:rsidRPr="00C85D81">
        <w:t>Which principle would feel most difficult to live out in your current context?</w:t>
      </w:r>
    </w:p>
    <w:p w14:paraId="30380160" w14:textId="77777777" w:rsidR="006A2DAB" w:rsidRPr="00C85D81" w:rsidRDefault="006A2DAB" w:rsidP="006A2DAB">
      <w:pPr>
        <w:pStyle w:val="ListBullet"/>
        <w:tabs>
          <w:tab w:val="clear" w:pos="360"/>
          <w:tab w:val="num" w:pos="720"/>
        </w:tabs>
        <w:spacing w:after="200"/>
        <w:ind w:left="720"/>
      </w:pPr>
      <w:r w:rsidRPr="00C85D81">
        <w:t>Where does your service rely too heavily on assessment to understand what matters?</w:t>
      </w:r>
    </w:p>
    <w:p w14:paraId="6F99A015" w14:textId="77777777" w:rsidR="006A2DAB" w:rsidRPr="00C85D81" w:rsidRDefault="006A2DAB" w:rsidP="006A2DAB">
      <w:pPr>
        <w:pStyle w:val="ListBullet"/>
        <w:tabs>
          <w:tab w:val="clear" w:pos="360"/>
          <w:tab w:val="num" w:pos="720"/>
        </w:tabs>
        <w:spacing w:after="200"/>
        <w:ind w:left="720"/>
      </w:pPr>
      <w:r w:rsidRPr="00C85D81">
        <w:t>How clearly do staff know what decisions they can make in the work?</w:t>
      </w:r>
    </w:p>
    <w:p w14:paraId="739F2828" w14:textId="77777777" w:rsidR="006A2DAB" w:rsidRPr="00C85D81" w:rsidRDefault="006A2DAB" w:rsidP="006A2DAB">
      <w:pPr>
        <w:pStyle w:val="Heading2"/>
      </w:pPr>
      <w:r w:rsidRPr="00C85D81">
        <w:t>Our notes</w:t>
      </w:r>
    </w:p>
    <w:p w14:paraId="3BD48157" w14:textId="77777777" w:rsidR="006A2DAB" w:rsidRPr="00C85D81" w:rsidRDefault="006A2DAB" w:rsidP="006A2DAB">
      <w:r w:rsidRPr="00C85D81">
        <w:t>______________________________________________________________</w:t>
      </w:r>
    </w:p>
    <w:p w14:paraId="6272B55A" w14:textId="77777777" w:rsidR="006A2DAB" w:rsidRPr="00C85D81" w:rsidRDefault="006A2DAB" w:rsidP="006A2DAB">
      <w:r w:rsidRPr="00C85D81">
        <w:t>______________________________________________________________</w:t>
      </w:r>
    </w:p>
    <w:p w14:paraId="65A43A39" w14:textId="77777777" w:rsidR="006A2DAB" w:rsidRPr="00C85D81" w:rsidRDefault="006A2DAB" w:rsidP="006A2DAB">
      <w:r w:rsidRPr="00C85D81">
        <w:t>______________________________________________________________</w:t>
      </w:r>
    </w:p>
    <w:p w14:paraId="685A9890" w14:textId="77777777" w:rsidR="006A2DAB" w:rsidRPr="00C85D81" w:rsidRDefault="006A2DAB" w:rsidP="006A2DAB">
      <w:r w:rsidRPr="00C85D81">
        <w:t>______________________________________________________________</w:t>
      </w:r>
    </w:p>
    <w:p w14:paraId="769BAFD0" w14:textId="77777777" w:rsidR="006A2DAB" w:rsidRPr="00C85D81" w:rsidRDefault="006A2DAB" w:rsidP="006A2DAB">
      <w:pPr>
        <w:pStyle w:val="Heading2"/>
      </w:pPr>
      <w:r w:rsidRPr="00C85D81">
        <w:t>Brief implementation exercise</w:t>
      </w:r>
    </w:p>
    <w:p w14:paraId="4DB4C728" w14:textId="77777777" w:rsidR="006A2DAB" w:rsidRPr="00C85D81" w:rsidRDefault="006A2DAB" w:rsidP="006A2DAB">
      <w:r w:rsidRPr="00C85D81">
        <w:t>Choose one principle and translate it into three behaviours you would expect to see in contact with a person, in team discussion and in leadership decision-making.</w:t>
      </w:r>
    </w:p>
    <w:p w14:paraId="2B492878" w14:textId="77777777" w:rsidR="006A2DAB" w:rsidRPr="00C85D81" w:rsidRDefault="006A2DAB" w:rsidP="006A2DAB">
      <w:pPr>
        <w:pStyle w:val="Heading2"/>
      </w:pPr>
      <w:r w:rsidRPr="00C85D81">
        <w:t>What this means for us</w:t>
      </w:r>
    </w:p>
    <w:p w14:paraId="30A23C64" w14:textId="77777777" w:rsidR="006A2DAB" w:rsidRPr="00C85D81" w:rsidRDefault="006A2DAB" w:rsidP="006A2DAB">
      <w:r w:rsidRPr="00C85D81">
        <w:t>______________________________________________________________</w:t>
      </w:r>
    </w:p>
    <w:p w14:paraId="5AF39607" w14:textId="77777777" w:rsidR="006A2DAB" w:rsidRPr="00C85D81" w:rsidRDefault="006A2DAB" w:rsidP="006A2DAB">
      <w:r w:rsidRPr="00C85D81">
        <w:t>______________________________________________________________</w:t>
      </w:r>
    </w:p>
    <w:p w14:paraId="4DCF723E" w14:textId="77777777" w:rsidR="006A2DAB" w:rsidRPr="00C85D81" w:rsidRDefault="006A2DAB" w:rsidP="006A2DAB">
      <w:r w:rsidRPr="00C85D81">
        <w:t>______________________________________________________________</w:t>
      </w:r>
    </w:p>
    <w:p w14:paraId="2A5E9D5A" w14:textId="77777777" w:rsidR="006A2DAB" w:rsidRPr="00C85D81" w:rsidRDefault="006A2DAB" w:rsidP="006A2DAB">
      <w:pPr>
        <w:pStyle w:val="Heading2"/>
      </w:pPr>
      <w:r w:rsidRPr="00C85D81">
        <w:t>What we could test next</w:t>
      </w:r>
    </w:p>
    <w:p w14:paraId="0AC73D98" w14:textId="77777777" w:rsidR="006A2DAB" w:rsidRPr="00C85D81" w:rsidRDefault="006A2DAB" w:rsidP="006A2DAB">
      <w:r w:rsidRPr="00C85D81">
        <w:t>______________________________________________________________</w:t>
      </w:r>
    </w:p>
    <w:p w14:paraId="1892B707" w14:textId="77777777" w:rsidR="006A2DAB" w:rsidRPr="00C85D81" w:rsidRDefault="006A2DAB" w:rsidP="006A2DAB">
      <w:r w:rsidRPr="00C85D81">
        <w:t>______________________________________________________________</w:t>
      </w:r>
    </w:p>
    <w:p w14:paraId="4F8453F8" w14:textId="77777777" w:rsidR="006A2DAB" w:rsidRPr="00C85D81" w:rsidRDefault="006A2DAB" w:rsidP="006A2DAB">
      <w:pPr>
        <w:pStyle w:val="Heading2"/>
      </w:pPr>
      <w:r w:rsidRPr="00C85D81">
        <w:t>Who needs to be involved</w:t>
      </w:r>
    </w:p>
    <w:p w14:paraId="2296356D" w14:textId="77777777" w:rsidR="006A2DAB" w:rsidRPr="00C85D81" w:rsidRDefault="006A2DAB" w:rsidP="006A2DAB">
      <w:r w:rsidRPr="00C85D81">
        <w:t>______________________________________________________________</w:t>
      </w:r>
    </w:p>
    <w:p w14:paraId="778C5263" w14:textId="77777777" w:rsidR="006A2DAB" w:rsidRPr="00C85D81" w:rsidRDefault="006A2DAB" w:rsidP="006A2DAB">
      <w:r w:rsidRPr="00C85D81">
        <w:t>______________________________________________________________</w:t>
      </w:r>
    </w:p>
    <w:p w14:paraId="5D419E38" w14:textId="77777777" w:rsidR="006A2DAB" w:rsidRPr="00C85D81" w:rsidRDefault="006A2DAB" w:rsidP="006A2DAB">
      <w:r w:rsidRPr="00C85D81">
        <w:br w:type="page"/>
      </w:r>
    </w:p>
    <w:p w14:paraId="395FA6BB" w14:textId="77777777" w:rsidR="006A2DAB" w:rsidRPr="00C85D81" w:rsidRDefault="006A2DAB" w:rsidP="006A2DAB">
      <w:pPr>
        <w:pStyle w:val="Heading1"/>
      </w:pPr>
      <w:r w:rsidRPr="00C85D81">
        <w:lastRenderedPageBreak/>
        <w:t>Chapter 6. Building relationships and getting started</w:t>
      </w:r>
    </w:p>
    <w:p w14:paraId="258C2C5A" w14:textId="77777777" w:rsidR="006A2DAB" w:rsidRPr="00C85D81" w:rsidRDefault="006A2DAB" w:rsidP="006A2DAB">
      <w:pPr>
        <w:pStyle w:val="Heading2"/>
      </w:pPr>
      <w:r w:rsidRPr="00C85D81">
        <w:t>Reflection questions</w:t>
      </w:r>
    </w:p>
    <w:p w14:paraId="0D8E3910" w14:textId="77777777" w:rsidR="006A2DAB" w:rsidRPr="00C85D81" w:rsidRDefault="006A2DAB" w:rsidP="006A2DAB">
      <w:pPr>
        <w:pStyle w:val="ListBullet"/>
        <w:tabs>
          <w:tab w:val="clear" w:pos="360"/>
          <w:tab w:val="num" w:pos="720"/>
        </w:tabs>
        <w:spacing w:after="200"/>
        <w:ind w:left="720"/>
      </w:pPr>
      <w:r w:rsidRPr="00C85D81">
        <w:t>What is the purpose of your first three contacts with a person?</w:t>
      </w:r>
    </w:p>
    <w:p w14:paraId="242FCF6A" w14:textId="77777777" w:rsidR="006A2DAB" w:rsidRPr="00C85D81" w:rsidRDefault="006A2DAB" w:rsidP="006A2DAB">
      <w:pPr>
        <w:pStyle w:val="ListBullet"/>
        <w:tabs>
          <w:tab w:val="clear" w:pos="360"/>
          <w:tab w:val="num" w:pos="720"/>
        </w:tabs>
        <w:spacing w:after="200"/>
        <w:ind w:left="720"/>
      </w:pPr>
      <w:r w:rsidRPr="00C85D81">
        <w:t>How do you know whether the person leaves feeling heard, clearer and more hopeful?</w:t>
      </w:r>
    </w:p>
    <w:p w14:paraId="5934DC9D" w14:textId="77777777" w:rsidR="006A2DAB" w:rsidRPr="00C85D81" w:rsidRDefault="006A2DAB" w:rsidP="006A2DAB">
      <w:pPr>
        <w:pStyle w:val="ListBullet"/>
        <w:tabs>
          <w:tab w:val="clear" w:pos="360"/>
          <w:tab w:val="num" w:pos="720"/>
        </w:tabs>
        <w:spacing w:after="200"/>
        <w:ind w:left="720"/>
      </w:pPr>
      <w:r w:rsidRPr="00C85D81">
        <w:t>Where might staff currently drift into helping without enough focus on purpose?</w:t>
      </w:r>
    </w:p>
    <w:p w14:paraId="5C005B55" w14:textId="77777777" w:rsidR="006A2DAB" w:rsidRPr="00C85D81" w:rsidRDefault="006A2DAB" w:rsidP="006A2DAB">
      <w:pPr>
        <w:pStyle w:val="Heading2"/>
      </w:pPr>
      <w:r w:rsidRPr="00C85D81">
        <w:t>Our notes</w:t>
      </w:r>
    </w:p>
    <w:p w14:paraId="14BCC617" w14:textId="77777777" w:rsidR="006A2DAB" w:rsidRPr="00C85D81" w:rsidRDefault="006A2DAB" w:rsidP="006A2DAB">
      <w:r w:rsidRPr="00C85D81">
        <w:t>______________________________________________________________</w:t>
      </w:r>
    </w:p>
    <w:p w14:paraId="29081DA6" w14:textId="77777777" w:rsidR="006A2DAB" w:rsidRPr="00C85D81" w:rsidRDefault="006A2DAB" w:rsidP="006A2DAB">
      <w:r w:rsidRPr="00C85D81">
        <w:t>______________________________________________________________</w:t>
      </w:r>
    </w:p>
    <w:p w14:paraId="3766331C" w14:textId="77777777" w:rsidR="006A2DAB" w:rsidRPr="00C85D81" w:rsidRDefault="006A2DAB" w:rsidP="006A2DAB">
      <w:r w:rsidRPr="00C85D81">
        <w:t>______________________________________________________________</w:t>
      </w:r>
    </w:p>
    <w:p w14:paraId="66C38FC9" w14:textId="77777777" w:rsidR="006A2DAB" w:rsidRPr="00C85D81" w:rsidRDefault="006A2DAB" w:rsidP="006A2DAB">
      <w:r w:rsidRPr="00C85D81">
        <w:t>______________________________________________________________</w:t>
      </w:r>
    </w:p>
    <w:p w14:paraId="77701152" w14:textId="77777777" w:rsidR="006A2DAB" w:rsidRPr="00C85D81" w:rsidRDefault="006A2DAB" w:rsidP="006A2DAB">
      <w:pPr>
        <w:pStyle w:val="Heading2"/>
      </w:pPr>
      <w:r w:rsidRPr="00C85D81">
        <w:t>Brief implementation exercise</w:t>
      </w:r>
    </w:p>
    <w:p w14:paraId="215567EF" w14:textId="77777777" w:rsidR="006A2DAB" w:rsidRPr="00C85D81" w:rsidRDefault="006A2DAB" w:rsidP="006A2DAB">
      <w:r w:rsidRPr="00C85D81">
        <w:t xml:space="preserve">Map the first three contacts in your service on one page. For each, </w:t>
      </w:r>
      <w:proofErr w:type="gramStart"/>
      <w:r w:rsidRPr="00C85D81">
        <w:t>write:</w:t>
      </w:r>
      <w:proofErr w:type="gramEnd"/>
      <w:r w:rsidRPr="00C85D81">
        <w:t xml:space="preserve"> purpose, what the person needs to understand, what the worker needs to establish, and how the interaction links back to what matters to the person.</w:t>
      </w:r>
    </w:p>
    <w:p w14:paraId="6480FA16" w14:textId="77777777" w:rsidR="006A2DAB" w:rsidRPr="00C85D81" w:rsidRDefault="006A2DAB" w:rsidP="006A2DAB">
      <w:pPr>
        <w:pStyle w:val="Heading2"/>
      </w:pPr>
      <w:r w:rsidRPr="00C85D81">
        <w:t>What this means for us</w:t>
      </w:r>
    </w:p>
    <w:p w14:paraId="43071C06" w14:textId="77777777" w:rsidR="006A2DAB" w:rsidRPr="00C85D81" w:rsidRDefault="006A2DAB" w:rsidP="006A2DAB">
      <w:r w:rsidRPr="00C85D81">
        <w:t>______________________________________________________________</w:t>
      </w:r>
    </w:p>
    <w:p w14:paraId="02CAD997" w14:textId="77777777" w:rsidR="006A2DAB" w:rsidRPr="00C85D81" w:rsidRDefault="006A2DAB" w:rsidP="006A2DAB">
      <w:r w:rsidRPr="00C85D81">
        <w:t>______________________________________________________________</w:t>
      </w:r>
    </w:p>
    <w:p w14:paraId="3B0A2D4E" w14:textId="77777777" w:rsidR="006A2DAB" w:rsidRPr="00C85D81" w:rsidRDefault="006A2DAB" w:rsidP="006A2DAB">
      <w:r w:rsidRPr="00C85D81">
        <w:t>______________________________________________________________</w:t>
      </w:r>
    </w:p>
    <w:p w14:paraId="1078CCB4" w14:textId="77777777" w:rsidR="006A2DAB" w:rsidRPr="00C85D81" w:rsidRDefault="006A2DAB" w:rsidP="006A2DAB">
      <w:pPr>
        <w:pStyle w:val="Heading2"/>
      </w:pPr>
      <w:r w:rsidRPr="00C85D81">
        <w:t>What we could test next</w:t>
      </w:r>
    </w:p>
    <w:p w14:paraId="0551C4D3" w14:textId="77777777" w:rsidR="006A2DAB" w:rsidRPr="00C85D81" w:rsidRDefault="006A2DAB" w:rsidP="006A2DAB">
      <w:r w:rsidRPr="00C85D81">
        <w:t>______________________________________________________________</w:t>
      </w:r>
    </w:p>
    <w:p w14:paraId="2CF8854E" w14:textId="77777777" w:rsidR="006A2DAB" w:rsidRPr="00C85D81" w:rsidRDefault="006A2DAB" w:rsidP="006A2DAB">
      <w:r w:rsidRPr="00C85D81">
        <w:t>______________________________________________________________</w:t>
      </w:r>
    </w:p>
    <w:p w14:paraId="551ED315" w14:textId="77777777" w:rsidR="006A2DAB" w:rsidRPr="00C85D81" w:rsidRDefault="006A2DAB" w:rsidP="006A2DAB">
      <w:pPr>
        <w:pStyle w:val="Heading2"/>
      </w:pPr>
      <w:r w:rsidRPr="00C85D81">
        <w:t>Who needs to be involved</w:t>
      </w:r>
    </w:p>
    <w:p w14:paraId="1A94ACFD" w14:textId="77777777" w:rsidR="006A2DAB" w:rsidRPr="00C85D81" w:rsidRDefault="006A2DAB" w:rsidP="006A2DAB">
      <w:r w:rsidRPr="00C85D81">
        <w:t>______________________________________________________________</w:t>
      </w:r>
    </w:p>
    <w:p w14:paraId="54BD3003" w14:textId="77777777" w:rsidR="006A2DAB" w:rsidRPr="00C85D81" w:rsidRDefault="006A2DAB" w:rsidP="006A2DAB">
      <w:r w:rsidRPr="00C85D81">
        <w:t>______________________________________________________________</w:t>
      </w:r>
    </w:p>
    <w:p w14:paraId="78E7D594" w14:textId="77777777" w:rsidR="006A2DAB" w:rsidRPr="00C85D81" w:rsidRDefault="006A2DAB" w:rsidP="006A2DAB">
      <w:r w:rsidRPr="00C85D81">
        <w:br w:type="page"/>
      </w:r>
    </w:p>
    <w:p w14:paraId="70F97D95" w14:textId="77777777" w:rsidR="006A2DAB" w:rsidRPr="00C85D81" w:rsidRDefault="006A2DAB" w:rsidP="006A2DAB">
      <w:pPr>
        <w:pStyle w:val="Heading1"/>
      </w:pPr>
      <w:r w:rsidRPr="00C85D81">
        <w:lastRenderedPageBreak/>
        <w:t>Chapter 7. The person’s experience &amp; The caseworker’s experience</w:t>
      </w:r>
    </w:p>
    <w:p w14:paraId="2E53AFD8" w14:textId="77777777" w:rsidR="006A2DAB" w:rsidRPr="00C85D81" w:rsidRDefault="006A2DAB" w:rsidP="006A2DAB">
      <w:pPr>
        <w:pStyle w:val="Heading2"/>
      </w:pPr>
      <w:r w:rsidRPr="00C85D81">
        <w:t>Reflection questions</w:t>
      </w:r>
    </w:p>
    <w:p w14:paraId="5B8DCEE7" w14:textId="77777777" w:rsidR="006A2DAB" w:rsidRPr="00C85D81" w:rsidRDefault="006A2DAB" w:rsidP="006A2DAB">
      <w:pPr>
        <w:pStyle w:val="ListBullet"/>
        <w:tabs>
          <w:tab w:val="clear" w:pos="360"/>
          <w:tab w:val="num" w:pos="720"/>
        </w:tabs>
        <w:spacing w:after="200"/>
        <w:ind w:left="720"/>
      </w:pPr>
      <w:r w:rsidRPr="00C85D81">
        <w:t>What do you want a person to think, feel and do after each early contact?</w:t>
      </w:r>
    </w:p>
    <w:p w14:paraId="6A476129" w14:textId="77777777" w:rsidR="006A2DAB" w:rsidRPr="00C85D81" w:rsidRDefault="006A2DAB" w:rsidP="006A2DAB">
      <w:pPr>
        <w:pStyle w:val="ListBullet"/>
        <w:tabs>
          <w:tab w:val="clear" w:pos="360"/>
          <w:tab w:val="num" w:pos="720"/>
        </w:tabs>
        <w:spacing w:after="200"/>
        <w:ind w:left="720"/>
      </w:pPr>
      <w:r w:rsidRPr="00C85D81">
        <w:t>What do you expect the worker to hold in mind at the same stage?</w:t>
      </w:r>
    </w:p>
    <w:p w14:paraId="4F675BA7" w14:textId="77777777" w:rsidR="006A2DAB" w:rsidRPr="00C85D81" w:rsidRDefault="006A2DAB" w:rsidP="006A2DAB">
      <w:pPr>
        <w:pStyle w:val="ListBullet"/>
        <w:tabs>
          <w:tab w:val="clear" w:pos="360"/>
          <w:tab w:val="num" w:pos="720"/>
        </w:tabs>
        <w:spacing w:after="200"/>
        <w:ind w:left="720"/>
      </w:pPr>
      <w:r w:rsidRPr="00C85D81">
        <w:t>Where are your current expectations implied rather than explicit?</w:t>
      </w:r>
    </w:p>
    <w:p w14:paraId="4B33F5E0" w14:textId="77777777" w:rsidR="006A2DAB" w:rsidRPr="00C85D81" w:rsidRDefault="006A2DAB" w:rsidP="006A2DAB">
      <w:pPr>
        <w:pStyle w:val="Heading2"/>
      </w:pPr>
      <w:r w:rsidRPr="00C85D81">
        <w:t>Our notes</w:t>
      </w:r>
    </w:p>
    <w:p w14:paraId="236C74E8" w14:textId="77777777" w:rsidR="006A2DAB" w:rsidRPr="00C85D81" w:rsidRDefault="006A2DAB" w:rsidP="006A2DAB">
      <w:r w:rsidRPr="00C85D81">
        <w:t>______________________________________________________________</w:t>
      </w:r>
    </w:p>
    <w:p w14:paraId="12CDBCA7" w14:textId="77777777" w:rsidR="006A2DAB" w:rsidRPr="00C85D81" w:rsidRDefault="006A2DAB" w:rsidP="006A2DAB">
      <w:r w:rsidRPr="00C85D81">
        <w:t>______________________________________________________________</w:t>
      </w:r>
    </w:p>
    <w:p w14:paraId="79CB1A5F" w14:textId="77777777" w:rsidR="006A2DAB" w:rsidRPr="00C85D81" w:rsidRDefault="006A2DAB" w:rsidP="006A2DAB">
      <w:r w:rsidRPr="00C85D81">
        <w:t>______________________________________________________________</w:t>
      </w:r>
    </w:p>
    <w:p w14:paraId="7FBFA831" w14:textId="77777777" w:rsidR="006A2DAB" w:rsidRPr="00C85D81" w:rsidRDefault="006A2DAB" w:rsidP="006A2DAB">
      <w:r w:rsidRPr="00C85D81">
        <w:t>______________________________________________________________</w:t>
      </w:r>
    </w:p>
    <w:p w14:paraId="76A45F67" w14:textId="77777777" w:rsidR="006A2DAB" w:rsidRPr="00C85D81" w:rsidRDefault="006A2DAB" w:rsidP="006A2DAB">
      <w:pPr>
        <w:pStyle w:val="Heading2"/>
      </w:pPr>
      <w:r w:rsidRPr="00C85D81">
        <w:t>Brief implementation exercise</w:t>
      </w:r>
    </w:p>
    <w:p w14:paraId="1AECD926" w14:textId="77777777" w:rsidR="006A2DAB" w:rsidRPr="00C85D81" w:rsidRDefault="006A2DAB" w:rsidP="006A2DAB">
      <w:r w:rsidRPr="00C85D81">
        <w:t>Choose one stage in your pathway. Write two short descriptions: 'the person’s experience' and 'the worker’s experience'. Compare them with a colleague and agree one practical change you could make this month.</w:t>
      </w:r>
    </w:p>
    <w:p w14:paraId="0B533B7C" w14:textId="77777777" w:rsidR="006A2DAB" w:rsidRPr="00C85D81" w:rsidRDefault="006A2DAB" w:rsidP="006A2DAB">
      <w:pPr>
        <w:pStyle w:val="Heading2"/>
      </w:pPr>
      <w:r w:rsidRPr="00C85D81">
        <w:t>What this means for us</w:t>
      </w:r>
    </w:p>
    <w:p w14:paraId="131DABC3" w14:textId="77777777" w:rsidR="006A2DAB" w:rsidRPr="00C85D81" w:rsidRDefault="006A2DAB" w:rsidP="006A2DAB">
      <w:r w:rsidRPr="00C85D81">
        <w:t>______________________________________________________________</w:t>
      </w:r>
    </w:p>
    <w:p w14:paraId="745315A7" w14:textId="77777777" w:rsidR="006A2DAB" w:rsidRPr="00C85D81" w:rsidRDefault="006A2DAB" w:rsidP="006A2DAB">
      <w:r w:rsidRPr="00C85D81">
        <w:t>______________________________________________________________</w:t>
      </w:r>
    </w:p>
    <w:p w14:paraId="3272A240" w14:textId="77777777" w:rsidR="006A2DAB" w:rsidRPr="00C85D81" w:rsidRDefault="006A2DAB" w:rsidP="006A2DAB">
      <w:r w:rsidRPr="00C85D81">
        <w:t>______________________________________________________________</w:t>
      </w:r>
    </w:p>
    <w:p w14:paraId="72C75161" w14:textId="77777777" w:rsidR="006A2DAB" w:rsidRPr="00C85D81" w:rsidRDefault="006A2DAB" w:rsidP="006A2DAB">
      <w:pPr>
        <w:pStyle w:val="Heading2"/>
      </w:pPr>
      <w:r w:rsidRPr="00C85D81">
        <w:t>What we could test next</w:t>
      </w:r>
    </w:p>
    <w:p w14:paraId="6389F829" w14:textId="77777777" w:rsidR="006A2DAB" w:rsidRPr="00C85D81" w:rsidRDefault="006A2DAB" w:rsidP="006A2DAB">
      <w:r w:rsidRPr="00C85D81">
        <w:t>______________________________________________________________</w:t>
      </w:r>
    </w:p>
    <w:p w14:paraId="3F023BE6" w14:textId="77777777" w:rsidR="006A2DAB" w:rsidRPr="00C85D81" w:rsidRDefault="006A2DAB" w:rsidP="006A2DAB">
      <w:r w:rsidRPr="00C85D81">
        <w:t>______________________________________________________________</w:t>
      </w:r>
    </w:p>
    <w:p w14:paraId="53C0BBD2" w14:textId="77777777" w:rsidR="006A2DAB" w:rsidRPr="00C85D81" w:rsidRDefault="006A2DAB" w:rsidP="006A2DAB">
      <w:pPr>
        <w:pStyle w:val="Heading2"/>
      </w:pPr>
      <w:r w:rsidRPr="00C85D81">
        <w:t>Who needs to be involved</w:t>
      </w:r>
    </w:p>
    <w:p w14:paraId="23F25C41" w14:textId="77777777" w:rsidR="006A2DAB" w:rsidRPr="00C85D81" w:rsidRDefault="006A2DAB" w:rsidP="006A2DAB">
      <w:r w:rsidRPr="00C85D81">
        <w:t>______________________________________________________________</w:t>
      </w:r>
    </w:p>
    <w:p w14:paraId="23C9F1D9" w14:textId="77777777" w:rsidR="006A2DAB" w:rsidRPr="0057105A" w:rsidRDefault="006A2DAB" w:rsidP="006A2DAB">
      <w:pPr>
        <w:rPr>
          <w:lang w:val="fr-FR"/>
        </w:rPr>
      </w:pPr>
      <w:r w:rsidRPr="0057105A">
        <w:rPr>
          <w:lang w:val="fr-FR"/>
        </w:rPr>
        <w:t>______________________________________________________________</w:t>
      </w:r>
    </w:p>
    <w:p w14:paraId="154FC935" w14:textId="77777777" w:rsidR="006A2DAB" w:rsidRPr="0057105A" w:rsidRDefault="006A2DAB" w:rsidP="006A2DAB">
      <w:pPr>
        <w:rPr>
          <w:lang w:val="fr-FR"/>
        </w:rPr>
      </w:pPr>
      <w:r w:rsidRPr="0057105A">
        <w:rPr>
          <w:lang w:val="fr-FR"/>
        </w:rPr>
        <w:br w:type="page"/>
      </w:r>
    </w:p>
    <w:p w14:paraId="30E6B2A6" w14:textId="77777777" w:rsidR="006A2DAB" w:rsidRPr="0057105A" w:rsidRDefault="006A2DAB" w:rsidP="006A2DAB">
      <w:pPr>
        <w:pStyle w:val="Heading1"/>
        <w:rPr>
          <w:lang w:val="fr-FR"/>
        </w:rPr>
      </w:pPr>
      <w:proofErr w:type="spellStart"/>
      <w:r w:rsidRPr="0057105A">
        <w:rPr>
          <w:lang w:val="fr-FR"/>
        </w:rPr>
        <w:lastRenderedPageBreak/>
        <w:t>Chapter</w:t>
      </w:r>
      <w:proofErr w:type="spellEnd"/>
      <w:r w:rsidRPr="0057105A">
        <w:rPr>
          <w:lang w:val="fr-FR"/>
        </w:rPr>
        <w:t xml:space="preserve"> 8. Checklist – Core </w:t>
      </w:r>
      <w:proofErr w:type="spellStart"/>
      <w:r w:rsidRPr="0057105A">
        <w:rPr>
          <w:lang w:val="fr-FR"/>
        </w:rPr>
        <w:t>Responsibilities</w:t>
      </w:r>
      <w:proofErr w:type="spellEnd"/>
    </w:p>
    <w:p w14:paraId="1D604D38" w14:textId="77777777" w:rsidR="006A2DAB" w:rsidRPr="0057105A" w:rsidRDefault="006A2DAB" w:rsidP="006A2DAB">
      <w:pPr>
        <w:pStyle w:val="Heading2"/>
        <w:rPr>
          <w:lang w:val="fr-FR"/>
        </w:rPr>
      </w:pPr>
      <w:proofErr w:type="spellStart"/>
      <w:r w:rsidRPr="0057105A">
        <w:rPr>
          <w:lang w:val="fr-FR"/>
        </w:rPr>
        <w:t>Reflection</w:t>
      </w:r>
      <w:proofErr w:type="spellEnd"/>
      <w:r w:rsidRPr="0057105A">
        <w:rPr>
          <w:lang w:val="fr-FR"/>
        </w:rPr>
        <w:t xml:space="preserve"> questions</w:t>
      </w:r>
    </w:p>
    <w:p w14:paraId="127F18B1" w14:textId="77777777" w:rsidR="006A2DAB" w:rsidRPr="00C85D81" w:rsidRDefault="006A2DAB" w:rsidP="006A2DAB">
      <w:pPr>
        <w:pStyle w:val="ListBullet"/>
        <w:tabs>
          <w:tab w:val="clear" w:pos="360"/>
          <w:tab w:val="num" w:pos="720"/>
        </w:tabs>
        <w:spacing w:after="200"/>
        <w:ind w:left="720"/>
      </w:pPr>
      <w:r w:rsidRPr="00C85D81">
        <w:t>What are the few expectations every worker in your service should be able to say clearly?</w:t>
      </w:r>
    </w:p>
    <w:p w14:paraId="30E2EC62" w14:textId="77777777" w:rsidR="006A2DAB" w:rsidRPr="00C85D81" w:rsidRDefault="006A2DAB" w:rsidP="006A2DAB">
      <w:pPr>
        <w:pStyle w:val="ListBullet"/>
        <w:tabs>
          <w:tab w:val="clear" w:pos="360"/>
          <w:tab w:val="num" w:pos="720"/>
        </w:tabs>
        <w:spacing w:after="200"/>
        <w:ind w:left="720"/>
      </w:pPr>
      <w:r w:rsidRPr="00C85D81">
        <w:t>Where do staff currently need to ask permission unnecessarily?</w:t>
      </w:r>
    </w:p>
    <w:p w14:paraId="0C933A48" w14:textId="77777777" w:rsidR="006A2DAB" w:rsidRPr="00C85D81" w:rsidRDefault="006A2DAB" w:rsidP="006A2DAB">
      <w:pPr>
        <w:pStyle w:val="ListBullet"/>
        <w:tabs>
          <w:tab w:val="clear" w:pos="360"/>
          <w:tab w:val="num" w:pos="720"/>
        </w:tabs>
        <w:spacing w:after="200"/>
        <w:ind w:left="720"/>
      </w:pPr>
      <w:r w:rsidRPr="00C85D81">
        <w:t>Where do differences in threshold create anxiety or inconsistency?</w:t>
      </w:r>
    </w:p>
    <w:p w14:paraId="072F84FF" w14:textId="77777777" w:rsidR="006A2DAB" w:rsidRPr="00C85D81" w:rsidRDefault="006A2DAB" w:rsidP="006A2DAB">
      <w:pPr>
        <w:pStyle w:val="Heading2"/>
      </w:pPr>
      <w:r w:rsidRPr="00C85D81">
        <w:t>Our notes</w:t>
      </w:r>
    </w:p>
    <w:p w14:paraId="450DDDE3" w14:textId="77777777" w:rsidR="006A2DAB" w:rsidRPr="00C85D81" w:rsidRDefault="006A2DAB" w:rsidP="006A2DAB">
      <w:r w:rsidRPr="00C85D81">
        <w:t>______________________________________________________________</w:t>
      </w:r>
    </w:p>
    <w:p w14:paraId="40063098" w14:textId="77777777" w:rsidR="006A2DAB" w:rsidRPr="00C85D81" w:rsidRDefault="006A2DAB" w:rsidP="006A2DAB">
      <w:r w:rsidRPr="00C85D81">
        <w:t>______________________________________________________________</w:t>
      </w:r>
    </w:p>
    <w:p w14:paraId="48831CF9" w14:textId="77777777" w:rsidR="006A2DAB" w:rsidRPr="00C85D81" w:rsidRDefault="006A2DAB" w:rsidP="006A2DAB">
      <w:r w:rsidRPr="00C85D81">
        <w:t>______________________________________________________________</w:t>
      </w:r>
    </w:p>
    <w:p w14:paraId="68FB498E" w14:textId="77777777" w:rsidR="006A2DAB" w:rsidRPr="00C85D81" w:rsidRDefault="006A2DAB" w:rsidP="006A2DAB">
      <w:r w:rsidRPr="00C85D81">
        <w:t>______________________________________________________________</w:t>
      </w:r>
    </w:p>
    <w:p w14:paraId="0B41C945" w14:textId="77777777" w:rsidR="006A2DAB" w:rsidRPr="00C85D81" w:rsidRDefault="006A2DAB" w:rsidP="006A2DAB">
      <w:pPr>
        <w:pStyle w:val="Heading2"/>
      </w:pPr>
      <w:r w:rsidRPr="00C85D81">
        <w:t>Brief implementation exercise</w:t>
      </w:r>
    </w:p>
    <w:p w14:paraId="75D31921" w14:textId="77777777" w:rsidR="006A2DAB" w:rsidRPr="00C85D81" w:rsidRDefault="006A2DAB" w:rsidP="006A2DAB">
      <w:r w:rsidRPr="00C85D81">
        <w:t>Draft a one-page guide with three columns: core responsibilities, areas for judgement, and escalation points. Test it with staff new to the service and ask what still feels unclear.</w:t>
      </w:r>
    </w:p>
    <w:p w14:paraId="3E78089D" w14:textId="77777777" w:rsidR="006A2DAB" w:rsidRPr="00C85D81" w:rsidRDefault="006A2DAB" w:rsidP="006A2DAB">
      <w:pPr>
        <w:pStyle w:val="Heading2"/>
      </w:pPr>
      <w:r w:rsidRPr="00C85D81">
        <w:t>What this means for us</w:t>
      </w:r>
    </w:p>
    <w:p w14:paraId="1DEF522B" w14:textId="77777777" w:rsidR="006A2DAB" w:rsidRPr="00C85D81" w:rsidRDefault="006A2DAB" w:rsidP="006A2DAB">
      <w:r w:rsidRPr="00C85D81">
        <w:t>______________________________________________________________</w:t>
      </w:r>
    </w:p>
    <w:p w14:paraId="012FFB04" w14:textId="77777777" w:rsidR="006A2DAB" w:rsidRPr="00C85D81" w:rsidRDefault="006A2DAB" w:rsidP="006A2DAB">
      <w:r w:rsidRPr="00C85D81">
        <w:t>______________________________________________________________</w:t>
      </w:r>
    </w:p>
    <w:p w14:paraId="28BD6F31" w14:textId="77777777" w:rsidR="006A2DAB" w:rsidRPr="00C85D81" w:rsidRDefault="006A2DAB" w:rsidP="006A2DAB">
      <w:r w:rsidRPr="00C85D81">
        <w:t>______________________________________________________________</w:t>
      </w:r>
    </w:p>
    <w:p w14:paraId="065F8120" w14:textId="77777777" w:rsidR="006A2DAB" w:rsidRPr="00C85D81" w:rsidRDefault="006A2DAB" w:rsidP="006A2DAB">
      <w:pPr>
        <w:pStyle w:val="Heading2"/>
      </w:pPr>
      <w:r w:rsidRPr="00C85D81">
        <w:t>What we could test next</w:t>
      </w:r>
    </w:p>
    <w:p w14:paraId="18E94AD5" w14:textId="77777777" w:rsidR="006A2DAB" w:rsidRPr="00C85D81" w:rsidRDefault="006A2DAB" w:rsidP="006A2DAB">
      <w:r w:rsidRPr="00C85D81">
        <w:t>______________________________________________________________</w:t>
      </w:r>
    </w:p>
    <w:p w14:paraId="48E890ED" w14:textId="77777777" w:rsidR="006A2DAB" w:rsidRPr="00C85D81" w:rsidRDefault="006A2DAB" w:rsidP="006A2DAB">
      <w:r w:rsidRPr="00C85D81">
        <w:t>______________________________________________________________</w:t>
      </w:r>
    </w:p>
    <w:p w14:paraId="1D0CB77E" w14:textId="77777777" w:rsidR="006A2DAB" w:rsidRPr="00C85D81" w:rsidRDefault="006A2DAB" w:rsidP="006A2DAB">
      <w:pPr>
        <w:pStyle w:val="Heading2"/>
      </w:pPr>
      <w:r w:rsidRPr="00C85D81">
        <w:t>Who needs to be involved</w:t>
      </w:r>
    </w:p>
    <w:p w14:paraId="0BE82169" w14:textId="77777777" w:rsidR="006A2DAB" w:rsidRPr="00C85D81" w:rsidRDefault="006A2DAB" w:rsidP="006A2DAB">
      <w:r w:rsidRPr="00C85D81">
        <w:t>______________________________________________________________</w:t>
      </w:r>
    </w:p>
    <w:p w14:paraId="63567B4E" w14:textId="77777777" w:rsidR="006A2DAB" w:rsidRPr="00C85D81" w:rsidRDefault="006A2DAB" w:rsidP="006A2DAB">
      <w:r w:rsidRPr="00C85D81">
        <w:t>______________________________________________________________</w:t>
      </w:r>
    </w:p>
    <w:p w14:paraId="07C54817" w14:textId="77777777" w:rsidR="006A2DAB" w:rsidRPr="00C85D81" w:rsidRDefault="006A2DAB" w:rsidP="006A2DAB">
      <w:r w:rsidRPr="00C85D81">
        <w:br w:type="page"/>
      </w:r>
    </w:p>
    <w:p w14:paraId="366B4B49" w14:textId="77777777" w:rsidR="006A2DAB" w:rsidRPr="00C85D81" w:rsidRDefault="006A2DAB" w:rsidP="006A2DAB">
      <w:pPr>
        <w:pStyle w:val="Heading1"/>
      </w:pPr>
      <w:r w:rsidRPr="00C85D81">
        <w:lastRenderedPageBreak/>
        <w:t>Chapter 9. Identifying who we work with</w:t>
      </w:r>
    </w:p>
    <w:p w14:paraId="4D33FA73" w14:textId="77777777" w:rsidR="006A2DAB" w:rsidRPr="00C85D81" w:rsidRDefault="006A2DAB" w:rsidP="006A2DAB">
      <w:pPr>
        <w:pStyle w:val="Heading2"/>
      </w:pPr>
      <w:r w:rsidRPr="00C85D81">
        <w:t>Reflection questions</w:t>
      </w:r>
    </w:p>
    <w:p w14:paraId="5E1BD9D4" w14:textId="77777777" w:rsidR="006A2DAB" w:rsidRPr="00C85D81" w:rsidRDefault="006A2DAB" w:rsidP="006A2DAB">
      <w:pPr>
        <w:pStyle w:val="ListBullet"/>
        <w:tabs>
          <w:tab w:val="clear" w:pos="360"/>
          <w:tab w:val="num" w:pos="720"/>
        </w:tabs>
        <w:spacing w:after="200"/>
        <w:ind w:left="720"/>
      </w:pPr>
      <w:r w:rsidRPr="00C85D81">
        <w:t>Who is this approach most likely to help in your setting?</w:t>
      </w:r>
    </w:p>
    <w:p w14:paraId="6D8081DD" w14:textId="77777777" w:rsidR="006A2DAB" w:rsidRPr="00C85D81" w:rsidRDefault="006A2DAB" w:rsidP="006A2DAB">
      <w:pPr>
        <w:pStyle w:val="ListBullet"/>
        <w:tabs>
          <w:tab w:val="clear" w:pos="360"/>
          <w:tab w:val="num" w:pos="720"/>
        </w:tabs>
        <w:spacing w:after="200"/>
        <w:ind w:left="720"/>
      </w:pPr>
      <w:r w:rsidRPr="00C85D81">
        <w:t>Where does unmet need already show up in your system?</w:t>
      </w:r>
    </w:p>
    <w:p w14:paraId="7602F20B" w14:textId="77777777" w:rsidR="006A2DAB" w:rsidRPr="00C85D81" w:rsidRDefault="006A2DAB" w:rsidP="006A2DAB">
      <w:pPr>
        <w:pStyle w:val="ListBullet"/>
        <w:tabs>
          <w:tab w:val="clear" w:pos="360"/>
          <w:tab w:val="num" w:pos="720"/>
        </w:tabs>
        <w:spacing w:after="200"/>
        <w:ind w:left="720"/>
      </w:pPr>
      <w:r w:rsidRPr="00C85D81">
        <w:t>How does your current language about engagement shape practice?</w:t>
      </w:r>
    </w:p>
    <w:p w14:paraId="6A0C8C73" w14:textId="77777777" w:rsidR="006A2DAB" w:rsidRPr="00C85D81" w:rsidRDefault="006A2DAB" w:rsidP="006A2DAB">
      <w:pPr>
        <w:pStyle w:val="Heading2"/>
      </w:pPr>
      <w:r w:rsidRPr="00C85D81">
        <w:t>Our notes</w:t>
      </w:r>
    </w:p>
    <w:p w14:paraId="7E750CBD" w14:textId="77777777" w:rsidR="006A2DAB" w:rsidRPr="00C85D81" w:rsidRDefault="006A2DAB" w:rsidP="006A2DAB">
      <w:r w:rsidRPr="00C85D81">
        <w:t>______________________________________________________________</w:t>
      </w:r>
    </w:p>
    <w:p w14:paraId="6B769D41" w14:textId="77777777" w:rsidR="006A2DAB" w:rsidRPr="00C85D81" w:rsidRDefault="006A2DAB" w:rsidP="006A2DAB">
      <w:r w:rsidRPr="00C85D81">
        <w:t>______________________________________________________________</w:t>
      </w:r>
    </w:p>
    <w:p w14:paraId="407BA459" w14:textId="77777777" w:rsidR="006A2DAB" w:rsidRPr="00C85D81" w:rsidRDefault="006A2DAB" w:rsidP="006A2DAB">
      <w:r w:rsidRPr="00C85D81">
        <w:t>______________________________________________________________</w:t>
      </w:r>
    </w:p>
    <w:p w14:paraId="625CCD29" w14:textId="77777777" w:rsidR="006A2DAB" w:rsidRPr="00C85D81" w:rsidRDefault="006A2DAB" w:rsidP="006A2DAB">
      <w:r w:rsidRPr="00C85D81">
        <w:t>______________________________________________________________</w:t>
      </w:r>
    </w:p>
    <w:p w14:paraId="1D378E24" w14:textId="77777777" w:rsidR="006A2DAB" w:rsidRPr="00C85D81" w:rsidRDefault="006A2DAB" w:rsidP="006A2DAB">
      <w:pPr>
        <w:pStyle w:val="Heading2"/>
      </w:pPr>
      <w:r w:rsidRPr="00C85D81">
        <w:t>Brief implementation exercise</w:t>
      </w:r>
    </w:p>
    <w:p w14:paraId="7754B24C" w14:textId="77777777" w:rsidR="006A2DAB" w:rsidRPr="00C85D81" w:rsidRDefault="006A2DAB" w:rsidP="006A2DAB">
      <w:r w:rsidRPr="00C85D81">
        <w:t>Identify one group in your service who repeatedly experience unmet need. Write down how they currently enter support, what gets in the way, and what a more proactive first step might look like.</w:t>
      </w:r>
    </w:p>
    <w:p w14:paraId="074908CC" w14:textId="77777777" w:rsidR="006A2DAB" w:rsidRPr="00C85D81" w:rsidRDefault="006A2DAB" w:rsidP="006A2DAB">
      <w:pPr>
        <w:pStyle w:val="Heading2"/>
      </w:pPr>
      <w:r w:rsidRPr="00C85D81">
        <w:t>What this means for us</w:t>
      </w:r>
    </w:p>
    <w:p w14:paraId="17E31EE7" w14:textId="77777777" w:rsidR="006A2DAB" w:rsidRPr="00C85D81" w:rsidRDefault="006A2DAB" w:rsidP="006A2DAB">
      <w:r w:rsidRPr="00C85D81">
        <w:t>______________________________________________________________</w:t>
      </w:r>
    </w:p>
    <w:p w14:paraId="7F253E82" w14:textId="77777777" w:rsidR="006A2DAB" w:rsidRPr="00C85D81" w:rsidRDefault="006A2DAB" w:rsidP="006A2DAB">
      <w:r w:rsidRPr="00C85D81">
        <w:t>______________________________________________________________</w:t>
      </w:r>
    </w:p>
    <w:p w14:paraId="52DC0314" w14:textId="77777777" w:rsidR="006A2DAB" w:rsidRPr="00C85D81" w:rsidRDefault="006A2DAB" w:rsidP="006A2DAB">
      <w:r w:rsidRPr="00C85D81">
        <w:t>______________________________________________________________</w:t>
      </w:r>
    </w:p>
    <w:p w14:paraId="5D6EE7DC" w14:textId="77777777" w:rsidR="006A2DAB" w:rsidRPr="00C85D81" w:rsidRDefault="006A2DAB" w:rsidP="006A2DAB">
      <w:pPr>
        <w:pStyle w:val="Heading2"/>
      </w:pPr>
      <w:r w:rsidRPr="00C85D81">
        <w:t>What we could test next</w:t>
      </w:r>
    </w:p>
    <w:p w14:paraId="02C1DBB6" w14:textId="77777777" w:rsidR="006A2DAB" w:rsidRPr="00C85D81" w:rsidRDefault="006A2DAB" w:rsidP="006A2DAB">
      <w:r w:rsidRPr="00C85D81">
        <w:t>______________________________________________________________</w:t>
      </w:r>
    </w:p>
    <w:p w14:paraId="62168119" w14:textId="77777777" w:rsidR="006A2DAB" w:rsidRPr="00C85D81" w:rsidRDefault="006A2DAB" w:rsidP="006A2DAB">
      <w:r w:rsidRPr="00C85D81">
        <w:t>______________________________________________________________</w:t>
      </w:r>
    </w:p>
    <w:p w14:paraId="14638DD4" w14:textId="77777777" w:rsidR="006A2DAB" w:rsidRPr="00C85D81" w:rsidRDefault="006A2DAB" w:rsidP="006A2DAB">
      <w:pPr>
        <w:pStyle w:val="Heading2"/>
      </w:pPr>
      <w:r w:rsidRPr="00C85D81">
        <w:t>Who needs to be involved</w:t>
      </w:r>
    </w:p>
    <w:p w14:paraId="4A44BE27" w14:textId="77777777" w:rsidR="006A2DAB" w:rsidRPr="00C85D81" w:rsidRDefault="006A2DAB" w:rsidP="006A2DAB">
      <w:r w:rsidRPr="00C85D81">
        <w:t>______________________________________________________________</w:t>
      </w:r>
    </w:p>
    <w:p w14:paraId="4A3FCA97" w14:textId="77777777" w:rsidR="006A2DAB" w:rsidRPr="00C85D81" w:rsidRDefault="006A2DAB" w:rsidP="006A2DAB">
      <w:r w:rsidRPr="00C85D81">
        <w:t>______________________________________________________________</w:t>
      </w:r>
    </w:p>
    <w:p w14:paraId="0C4BD654" w14:textId="77777777" w:rsidR="006A2DAB" w:rsidRPr="00C85D81" w:rsidRDefault="006A2DAB" w:rsidP="006A2DAB">
      <w:r w:rsidRPr="00C85D81">
        <w:br w:type="page"/>
      </w:r>
    </w:p>
    <w:p w14:paraId="546A1554" w14:textId="77777777" w:rsidR="006A2DAB" w:rsidRPr="00C85D81" w:rsidRDefault="006A2DAB" w:rsidP="006A2DAB">
      <w:pPr>
        <w:pStyle w:val="Heading1"/>
      </w:pPr>
      <w:r w:rsidRPr="00C85D81">
        <w:lastRenderedPageBreak/>
        <w:t>Chapter 10. Initial conversation</w:t>
      </w:r>
    </w:p>
    <w:p w14:paraId="04C115EE" w14:textId="77777777" w:rsidR="006A2DAB" w:rsidRPr="00C85D81" w:rsidRDefault="006A2DAB" w:rsidP="006A2DAB">
      <w:pPr>
        <w:pStyle w:val="Heading2"/>
      </w:pPr>
      <w:r w:rsidRPr="00C85D81">
        <w:t>Reflection questions</w:t>
      </w:r>
    </w:p>
    <w:p w14:paraId="7E72F9D7" w14:textId="77777777" w:rsidR="006A2DAB" w:rsidRPr="00C85D81" w:rsidRDefault="006A2DAB" w:rsidP="006A2DAB">
      <w:pPr>
        <w:pStyle w:val="ListBullet"/>
        <w:tabs>
          <w:tab w:val="clear" w:pos="360"/>
          <w:tab w:val="num" w:pos="720"/>
        </w:tabs>
        <w:spacing w:after="200"/>
        <w:ind w:left="720"/>
      </w:pPr>
      <w:r w:rsidRPr="00C85D81">
        <w:t>Could every worker in your team explain your approach clearly in plain English?</w:t>
      </w:r>
    </w:p>
    <w:p w14:paraId="1BE797A8" w14:textId="77777777" w:rsidR="006A2DAB" w:rsidRPr="00C85D81" w:rsidRDefault="006A2DAB" w:rsidP="006A2DAB">
      <w:pPr>
        <w:pStyle w:val="ListBullet"/>
        <w:tabs>
          <w:tab w:val="clear" w:pos="360"/>
          <w:tab w:val="num" w:pos="720"/>
        </w:tabs>
        <w:spacing w:after="200"/>
        <w:ind w:left="720"/>
      </w:pPr>
      <w:r w:rsidRPr="00C85D81">
        <w:t>What would a person need to understand after the first formal conversation?</w:t>
      </w:r>
    </w:p>
    <w:p w14:paraId="1EB1C6E6" w14:textId="77777777" w:rsidR="006A2DAB" w:rsidRPr="00C85D81" w:rsidRDefault="006A2DAB" w:rsidP="006A2DAB">
      <w:pPr>
        <w:pStyle w:val="ListBullet"/>
        <w:tabs>
          <w:tab w:val="clear" w:pos="360"/>
          <w:tab w:val="num" w:pos="720"/>
        </w:tabs>
        <w:spacing w:after="200"/>
        <w:ind w:left="720"/>
      </w:pPr>
      <w:r w:rsidRPr="00C85D81">
        <w:t>How do you help new staff find their voice without losing consistency?</w:t>
      </w:r>
    </w:p>
    <w:p w14:paraId="2528283E" w14:textId="77777777" w:rsidR="006A2DAB" w:rsidRPr="00C85D81" w:rsidRDefault="006A2DAB" w:rsidP="006A2DAB">
      <w:pPr>
        <w:pStyle w:val="Heading2"/>
      </w:pPr>
      <w:r w:rsidRPr="00C85D81">
        <w:t>Our notes</w:t>
      </w:r>
    </w:p>
    <w:p w14:paraId="109C9F54" w14:textId="77777777" w:rsidR="006A2DAB" w:rsidRPr="00C85D81" w:rsidRDefault="006A2DAB" w:rsidP="006A2DAB">
      <w:r w:rsidRPr="00C85D81">
        <w:t>______________________________________________________________</w:t>
      </w:r>
    </w:p>
    <w:p w14:paraId="639913F5" w14:textId="77777777" w:rsidR="006A2DAB" w:rsidRPr="00C85D81" w:rsidRDefault="006A2DAB" w:rsidP="006A2DAB">
      <w:r w:rsidRPr="00C85D81">
        <w:t>______________________________________________________________</w:t>
      </w:r>
    </w:p>
    <w:p w14:paraId="029F91EC" w14:textId="77777777" w:rsidR="006A2DAB" w:rsidRPr="00C85D81" w:rsidRDefault="006A2DAB" w:rsidP="006A2DAB">
      <w:r w:rsidRPr="00C85D81">
        <w:t>______________________________________________________________</w:t>
      </w:r>
    </w:p>
    <w:p w14:paraId="3EADBE23" w14:textId="77777777" w:rsidR="006A2DAB" w:rsidRPr="00C85D81" w:rsidRDefault="006A2DAB" w:rsidP="006A2DAB">
      <w:r w:rsidRPr="00C85D81">
        <w:t>______________________________________________________________</w:t>
      </w:r>
    </w:p>
    <w:p w14:paraId="2A640F6C" w14:textId="77777777" w:rsidR="006A2DAB" w:rsidRPr="00C85D81" w:rsidRDefault="006A2DAB" w:rsidP="006A2DAB">
      <w:pPr>
        <w:pStyle w:val="Heading2"/>
      </w:pPr>
      <w:r w:rsidRPr="00C85D81">
        <w:t>Brief implementation exercise</w:t>
      </w:r>
    </w:p>
    <w:p w14:paraId="5BB07062" w14:textId="77777777" w:rsidR="006A2DAB" w:rsidRPr="00C85D81" w:rsidRDefault="006A2DAB" w:rsidP="006A2DAB">
      <w:r w:rsidRPr="00C85D81">
        <w:t>Write a one-minute explanation of your approach for a person and a separate one-minute explanation for a professional partner. Test both with colleagues and refine them until they feel clear, honest and human.</w:t>
      </w:r>
    </w:p>
    <w:p w14:paraId="1AD44AC0" w14:textId="77777777" w:rsidR="006A2DAB" w:rsidRPr="00C85D81" w:rsidRDefault="006A2DAB" w:rsidP="006A2DAB">
      <w:pPr>
        <w:pStyle w:val="Heading2"/>
      </w:pPr>
      <w:r w:rsidRPr="00C85D81">
        <w:t>What this means for us</w:t>
      </w:r>
    </w:p>
    <w:p w14:paraId="5D4477D9" w14:textId="77777777" w:rsidR="006A2DAB" w:rsidRPr="00C85D81" w:rsidRDefault="006A2DAB" w:rsidP="006A2DAB">
      <w:r w:rsidRPr="00C85D81">
        <w:t>______________________________________________________________</w:t>
      </w:r>
    </w:p>
    <w:p w14:paraId="26B6A057" w14:textId="77777777" w:rsidR="006A2DAB" w:rsidRPr="00C85D81" w:rsidRDefault="006A2DAB" w:rsidP="006A2DAB">
      <w:r w:rsidRPr="00C85D81">
        <w:t>______________________________________________________________</w:t>
      </w:r>
    </w:p>
    <w:p w14:paraId="473201A5" w14:textId="77777777" w:rsidR="006A2DAB" w:rsidRPr="00C85D81" w:rsidRDefault="006A2DAB" w:rsidP="006A2DAB">
      <w:r w:rsidRPr="00C85D81">
        <w:t>______________________________________________________________</w:t>
      </w:r>
    </w:p>
    <w:p w14:paraId="64760130" w14:textId="77777777" w:rsidR="006A2DAB" w:rsidRPr="00C85D81" w:rsidRDefault="006A2DAB" w:rsidP="006A2DAB">
      <w:pPr>
        <w:pStyle w:val="Heading2"/>
      </w:pPr>
      <w:r w:rsidRPr="00C85D81">
        <w:t>What we could test next</w:t>
      </w:r>
    </w:p>
    <w:p w14:paraId="1E187E02" w14:textId="77777777" w:rsidR="006A2DAB" w:rsidRPr="00C85D81" w:rsidRDefault="006A2DAB" w:rsidP="006A2DAB">
      <w:r w:rsidRPr="00C85D81">
        <w:t>______________________________________________________________</w:t>
      </w:r>
    </w:p>
    <w:p w14:paraId="2CA6D7F6" w14:textId="77777777" w:rsidR="006A2DAB" w:rsidRPr="00C85D81" w:rsidRDefault="006A2DAB" w:rsidP="006A2DAB">
      <w:r w:rsidRPr="00C85D81">
        <w:t>______________________________________________________________</w:t>
      </w:r>
    </w:p>
    <w:p w14:paraId="17B7CBEA" w14:textId="77777777" w:rsidR="006A2DAB" w:rsidRPr="00C85D81" w:rsidRDefault="006A2DAB" w:rsidP="006A2DAB">
      <w:pPr>
        <w:pStyle w:val="Heading2"/>
      </w:pPr>
      <w:r w:rsidRPr="00C85D81">
        <w:t>Who needs to be involved</w:t>
      </w:r>
    </w:p>
    <w:p w14:paraId="011697CB" w14:textId="77777777" w:rsidR="006A2DAB" w:rsidRPr="00C85D81" w:rsidRDefault="006A2DAB" w:rsidP="006A2DAB">
      <w:r w:rsidRPr="00C85D81">
        <w:t>______________________________________________________________</w:t>
      </w:r>
    </w:p>
    <w:p w14:paraId="5AC9FAAC" w14:textId="77777777" w:rsidR="006A2DAB" w:rsidRPr="00C85D81" w:rsidRDefault="006A2DAB" w:rsidP="006A2DAB">
      <w:r w:rsidRPr="00C85D81">
        <w:t>______________________________________________________________</w:t>
      </w:r>
    </w:p>
    <w:p w14:paraId="11A26D9B" w14:textId="77777777" w:rsidR="006A2DAB" w:rsidRPr="00C85D81" w:rsidRDefault="006A2DAB" w:rsidP="006A2DAB">
      <w:r w:rsidRPr="00C85D81">
        <w:br w:type="page"/>
      </w:r>
    </w:p>
    <w:p w14:paraId="1F539F70" w14:textId="77777777" w:rsidR="006A2DAB" w:rsidRPr="00C85D81" w:rsidRDefault="006A2DAB" w:rsidP="006A2DAB">
      <w:pPr>
        <w:pStyle w:val="Heading1"/>
      </w:pPr>
      <w:r w:rsidRPr="00C85D81">
        <w:lastRenderedPageBreak/>
        <w:t>Chapter 11. Agreeing Purpose</w:t>
      </w:r>
    </w:p>
    <w:p w14:paraId="66185424" w14:textId="77777777" w:rsidR="006A2DAB" w:rsidRPr="00C85D81" w:rsidRDefault="006A2DAB" w:rsidP="006A2DAB">
      <w:pPr>
        <w:pStyle w:val="Heading2"/>
      </w:pPr>
      <w:r w:rsidRPr="00C85D81">
        <w:t>Reflection questions</w:t>
      </w:r>
    </w:p>
    <w:p w14:paraId="4E60DBB8" w14:textId="77777777" w:rsidR="006A2DAB" w:rsidRPr="00C85D81" w:rsidRDefault="006A2DAB" w:rsidP="006A2DAB">
      <w:pPr>
        <w:pStyle w:val="ListBullet"/>
        <w:tabs>
          <w:tab w:val="clear" w:pos="360"/>
          <w:tab w:val="num" w:pos="720"/>
        </w:tabs>
        <w:spacing w:after="200"/>
        <w:ind w:left="720"/>
      </w:pPr>
      <w:r w:rsidRPr="00C85D81">
        <w:t>How does your service currently agree what matters to the person?</w:t>
      </w:r>
    </w:p>
    <w:p w14:paraId="74D9F83C" w14:textId="77777777" w:rsidR="006A2DAB" w:rsidRPr="00C85D81" w:rsidRDefault="006A2DAB" w:rsidP="006A2DAB">
      <w:pPr>
        <w:pStyle w:val="ListBullet"/>
        <w:tabs>
          <w:tab w:val="clear" w:pos="360"/>
          <w:tab w:val="num" w:pos="720"/>
        </w:tabs>
        <w:spacing w:after="200"/>
        <w:ind w:left="720"/>
      </w:pPr>
      <w:r w:rsidRPr="00C85D81">
        <w:t>Can staff explain the difference between a service objective and an agreed purpose?</w:t>
      </w:r>
    </w:p>
    <w:p w14:paraId="69150031" w14:textId="77777777" w:rsidR="006A2DAB" w:rsidRPr="00C85D81" w:rsidRDefault="006A2DAB" w:rsidP="006A2DAB">
      <w:pPr>
        <w:pStyle w:val="ListBullet"/>
        <w:tabs>
          <w:tab w:val="clear" w:pos="360"/>
          <w:tab w:val="num" w:pos="720"/>
        </w:tabs>
        <w:spacing w:after="200"/>
        <w:ind w:left="720"/>
      </w:pPr>
      <w:r w:rsidRPr="00C85D81">
        <w:t>Where does purpose shape decisions, and where is it mostly symbolic?</w:t>
      </w:r>
    </w:p>
    <w:p w14:paraId="65B5554E" w14:textId="77777777" w:rsidR="006A2DAB" w:rsidRPr="00C85D81" w:rsidRDefault="006A2DAB" w:rsidP="006A2DAB">
      <w:pPr>
        <w:pStyle w:val="Heading2"/>
      </w:pPr>
      <w:r w:rsidRPr="00C85D81">
        <w:t>Our notes</w:t>
      </w:r>
    </w:p>
    <w:p w14:paraId="789674B0" w14:textId="77777777" w:rsidR="006A2DAB" w:rsidRPr="00C85D81" w:rsidRDefault="006A2DAB" w:rsidP="006A2DAB">
      <w:r w:rsidRPr="00C85D81">
        <w:t>______________________________________________________________</w:t>
      </w:r>
    </w:p>
    <w:p w14:paraId="3F077E98" w14:textId="77777777" w:rsidR="006A2DAB" w:rsidRPr="00C85D81" w:rsidRDefault="006A2DAB" w:rsidP="006A2DAB">
      <w:r w:rsidRPr="00C85D81">
        <w:t>______________________________________________________________</w:t>
      </w:r>
    </w:p>
    <w:p w14:paraId="1D907466" w14:textId="77777777" w:rsidR="006A2DAB" w:rsidRPr="00C85D81" w:rsidRDefault="006A2DAB" w:rsidP="006A2DAB">
      <w:r w:rsidRPr="00C85D81">
        <w:t>______________________________________________________________</w:t>
      </w:r>
    </w:p>
    <w:p w14:paraId="49CE251A" w14:textId="77777777" w:rsidR="006A2DAB" w:rsidRPr="00C85D81" w:rsidRDefault="006A2DAB" w:rsidP="006A2DAB">
      <w:r w:rsidRPr="00C85D81">
        <w:t>______________________________________________________________</w:t>
      </w:r>
    </w:p>
    <w:p w14:paraId="04722B31" w14:textId="77777777" w:rsidR="006A2DAB" w:rsidRPr="00C85D81" w:rsidRDefault="006A2DAB" w:rsidP="006A2DAB">
      <w:pPr>
        <w:pStyle w:val="Heading2"/>
      </w:pPr>
      <w:r w:rsidRPr="00C85D81">
        <w:t>Brief implementation exercise</w:t>
      </w:r>
    </w:p>
    <w:p w14:paraId="2AEFBAFD" w14:textId="77777777" w:rsidR="006A2DAB" w:rsidRPr="00C85D81" w:rsidRDefault="006A2DAB" w:rsidP="006A2DAB">
      <w:r w:rsidRPr="00C85D81">
        <w:t>Take one current case. Rewrite the main goal as a purpose statement in everyday language. Then ask: would the person recognise this as theirs, and can we see how it guides the next decision?</w:t>
      </w:r>
    </w:p>
    <w:p w14:paraId="49E53AA0" w14:textId="77777777" w:rsidR="006A2DAB" w:rsidRPr="00C85D81" w:rsidRDefault="006A2DAB" w:rsidP="006A2DAB">
      <w:pPr>
        <w:pStyle w:val="Heading2"/>
      </w:pPr>
      <w:r w:rsidRPr="00C85D81">
        <w:t>What this means for us</w:t>
      </w:r>
    </w:p>
    <w:p w14:paraId="7A06E73C" w14:textId="77777777" w:rsidR="006A2DAB" w:rsidRPr="00C85D81" w:rsidRDefault="006A2DAB" w:rsidP="006A2DAB">
      <w:r w:rsidRPr="00C85D81">
        <w:t>______________________________________________________________</w:t>
      </w:r>
    </w:p>
    <w:p w14:paraId="75E1E433" w14:textId="77777777" w:rsidR="006A2DAB" w:rsidRPr="00C85D81" w:rsidRDefault="006A2DAB" w:rsidP="006A2DAB">
      <w:r w:rsidRPr="00C85D81">
        <w:t>______________________________________________________________</w:t>
      </w:r>
    </w:p>
    <w:p w14:paraId="75FC7F05" w14:textId="77777777" w:rsidR="006A2DAB" w:rsidRPr="00C85D81" w:rsidRDefault="006A2DAB" w:rsidP="006A2DAB">
      <w:r w:rsidRPr="00C85D81">
        <w:t>______________________________________________________________</w:t>
      </w:r>
    </w:p>
    <w:p w14:paraId="72A1E4D0" w14:textId="77777777" w:rsidR="006A2DAB" w:rsidRPr="00C85D81" w:rsidRDefault="006A2DAB" w:rsidP="006A2DAB">
      <w:pPr>
        <w:pStyle w:val="Heading2"/>
      </w:pPr>
      <w:r w:rsidRPr="00C85D81">
        <w:t>What we could test next</w:t>
      </w:r>
    </w:p>
    <w:p w14:paraId="47D40576" w14:textId="77777777" w:rsidR="006A2DAB" w:rsidRPr="00C85D81" w:rsidRDefault="006A2DAB" w:rsidP="006A2DAB">
      <w:r w:rsidRPr="00C85D81">
        <w:t>______________________________________________________________</w:t>
      </w:r>
    </w:p>
    <w:p w14:paraId="2BE24A1F" w14:textId="77777777" w:rsidR="006A2DAB" w:rsidRPr="00C85D81" w:rsidRDefault="006A2DAB" w:rsidP="006A2DAB">
      <w:r w:rsidRPr="00C85D81">
        <w:t>______________________________________________________________</w:t>
      </w:r>
    </w:p>
    <w:p w14:paraId="23426154" w14:textId="77777777" w:rsidR="006A2DAB" w:rsidRPr="00C85D81" w:rsidRDefault="006A2DAB" w:rsidP="006A2DAB">
      <w:pPr>
        <w:pStyle w:val="Heading2"/>
      </w:pPr>
      <w:r w:rsidRPr="00C85D81">
        <w:t>Who needs to be involved</w:t>
      </w:r>
    </w:p>
    <w:p w14:paraId="449C93BB" w14:textId="77777777" w:rsidR="006A2DAB" w:rsidRPr="00C85D81" w:rsidRDefault="006A2DAB" w:rsidP="006A2DAB">
      <w:r w:rsidRPr="00C85D81">
        <w:t>______________________________________________________________</w:t>
      </w:r>
    </w:p>
    <w:p w14:paraId="45DC39F6" w14:textId="77777777" w:rsidR="006A2DAB" w:rsidRPr="00C85D81" w:rsidRDefault="006A2DAB" w:rsidP="006A2DAB">
      <w:r w:rsidRPr="00C85D81">
        <w:t>______________________________________________________________</w:t>
      </w:r>
    </w:p>
    <w:p w14:paraId="2CA861B8" w14:textId="77777777" w:rsidR="006A2DAB" w:rsidRPr="00C85D81" w:rsidRDefault="006A2DAB" w:rsidP="006A2DAB">
      <w:r w:rsidRPr="00C85D81">
        <w:br w:type="page"/>
      </w:r>
    </w:p>
    <w:p w14:paraId="52B99108" w14:textId="77777777" w:rsidR="006A2DAB" w:rsidRPr="00C85D81" w:rsidRDefault="006A2DAB" w:rsidP="006A2DAB">
      <w:pPr>
        <w:pStyle w:val="Heading1"/>
      </w:pPr>
      <w:r w:rsidRPr="00C85D81">
        <w:lastRenderedPageBreak/>
        <w:t>Chapter 12. SIGNAL</w:t>
      </w:r>
    </w:p>
    <w:p w14:paraId="33FDBACC" w14:textId="77777777" w:rsidR="006A2DAB" w:rsidRPr="00C85D81" w:rsidRDefault="006A2DAB" w:rsidP="006A2DAB">
      <w:pPr>
        <w:pStyle w:val="Heading2"/>
      </w:pPr>
      <w:r w:rsidRPr="00C85D81">
        <w:t>Reflection questions</w:t>
      </w:r>
    </w:p>
    <w:p w14:paraId="27F3E440" w14:textId="77777777" w:rsidR="006A2DAB" w:rsidRPr="00C85D81" w:rsidRDefault="006A2DAB" w:rsidP="006A2DAB">
      <w:pPr>
        <w:pStyle w:val="ListBullet"/>
        <w:tabs>
          <w:tab w:val="clear" w:pos="360"/>
          <w:tab w:val="num" w:pos="720"/>
        </w:tabs>
        <w:spacing w:after="200"/>
        <w:ind w:left="720"/>
      </w:pPr>
      <w:r w:rsidRPr="00C85D81">
        <w:t>What tool or structure do you currently use to help people identify priorities?</w:t>
      </w:r>
    </w:p>
    <w:p w14:paraId="5288314F" w14:textId="77777777" w:rsidR="006A2DAB" w:rsidRPr="00C85D81" w:rsidRDefault="006A2DAB" w:rsidP="006A2DAB">
      <w:pPr>
        <w:pStyle w:val="ListBullet"/>
        <w:tabs>
          <w:tab w:val="clear" w:pos="360"/>
          <w:tab w:val="num" w:pos="720"/>
        </w:tabs>
        <w:spacing w:after="200"/>
        <w:ind w:left="720"/>
      </w:pPr>
      <w:r w:rsidRPr="00C85D81">
        <w:t>Does it feel like an assessment, a conversation or something in between?</w:t>
      </w:r>
    </w:p>
    <w:p w14:paraId="4DD8772B" w14:textId="77777777" w:rsidR="006A2DAB" w:rsidRPr="00C85D81" w:rsidRDefault="006A2DAB" w:rsidP="006A2DAB">
      <w:pPr>
        <w:pStyle w:val="ListBullet"/>
        <w:tabs>
          <w:tab w:val="clear" w:pos="360"/>
          <w:tab w:val="num" w:pos="720"/>
        </w:tabs>
        <w:spacing w:after="200"/>
        <w:ind w:left="720"/>
      </w:pPr>
      <w:r w:rsidRPr="00C85D81">
        <w:t>How could you tell whether your tool supports strengths and agency?</w:t>
      </w:r>
    </w:p>
    <w:p w14:paraId="046093CD" w14:textId="77777777" w:rsidR="006A2DAB" w:rsidRPr="00C85D81" w:rsidRDefault="006A2DAB" w:rsidP="006A2DAB">
      <w:pPr>
        <w:pStyle w:val="Heading2"/>
      </w:pPr>
      <w:r w:rsidRPr="00C85D81">
        <w:t>Our notes</w:t>
      </w:r>
    </w:p>
    <w:p w14:paraId="0812D786" w14:textId="77777777" w:rsidR="006A2DAB" w:rsidRPr="00C85D81" w:rsidRDefault="006A2DAB" w:rsidP="006A2DAB">
      <w:r w:rsidRPr="00C85D81">
        <w:t>______________________________________________________________</w:t>
      </w:r>
    </w:p>
    <w:p w14:paraId="55E2DE0F" w14:textId="77777777" w:rsidR="006A2DAB" w:rsidRPr="00C85D81" w:rsidRDefault="006A2DAB" w:rsidP="006A2DAB">
      <w:r w:rsidRPr="00C85D81">
        <w:t>______________________________________________________________</w:t>
      </w:r>
    </w:p>
    <w:p w14:paraId="7B6DCFFE" w14:textId="77777777" w:rsidR="006A2DAB" w:rsidRPr="00C85D81" w:rsidRDefault="006A2DAB" w:rsidP="006A2DAB">
      <w:r w:rsidRPr="00C85D81">
        <w:t>______________________________________________________________</w:t>
      </w:r>
    </w:p>
    <w:p w14:paraId="3ED14EB7" w14:textId="77777777" w:rsidR="006A2DAB" w:rsidRPr="00C85D81" w:rsidRDefault="006A2DAB" w:rsidP="006A2DAB">
      <w:r w:rsidRPr="00C85D81">
        <w:t>______________________________________________________________</w:t>
      </w:r>
    </w:p>
    <w:p w14:paraId="7EC59DAA" w14:textId="77777777" w:rsidR="006A2DAB" w:rsidRPr="00C85D81" w:rsidRDefault="006A2DAB" w:rsidP="006A2DAB">
      <w:pPr>
        <w:pStyle w:val="Heading2"/>
      </w:pPr>
      <w:r w:rsidRPr="00C85D81">
        <w:t>Brief implementation exercise</w:t>
      </w:r>
    </w:p>
    <w:p w14:paraId="7E3E8521" w14:textId="77777777" w:rsidR="006A2DAB" w:rsidRPr="00C85D81" w:rsidRDefault="006A2DAB" w:rsidP="006A2DAB">
      <w:r w:rsidRPr="00C85D81">
        <w:t>Review one structured tool you currently use. Write down what function it is meant to perform, what helps, what gets in the way and what you would keep, change or replace.</w:t>
      </w:r>
    </w:p>
    <w:p w14:paraId="3F86454A" w14:textId="77777777" w:rsidR="006A2DAB" w:rsidRPr="00C85D81" w:rsidRDefault="006A2DAB" w:rsidP="006A2DAB">
      <w:pPr>
        <w:pStyle w:val="Heading2"/>
      </w:pPr>
      <w:r w:rsidRPr="00C85D81">
        <w:t>What this means for us</w:t>
      </w:r>
    </w:p>
    <w:p w14:paraId="1D1CFCEE" w14:textId="77777777" w:rsidR="006A2DAB" w:rsidRPr="00C85D81" w:rsidRDefault="006A2DAB" w:rsidP="006A2DAB">
      <w:r w:rsidRPr="00C85D81">
        <w:t>______________________________________________________________</w:t>
      </w:r>
    </w:p>
    <w:p w14:paraId="7C1FF027" w14:textId="77777777" w:rsidR="006A2DAB" w:rsidRPr="00C85D81" w:rsidRDefault="006A2DAB" w:rsidP="006A2DAB">
      <w:r w:rsidRPr="00C85D81">
        <w:t>______________________________________________________________</w:t>
      </w:r>
    </w:p>
    <w:p w14:paraId="704D031F" w14:textId="77777777" w:rsidR="006A2DAB" w:rsidRPr="00C85D81" w:rsidRDefault="006A2DAB" w:rsidP="006A2DAB">
      <w:r w:rsidRPr="00C85D81">
        <w:t>______________________________________________________________</w:t>
      </w:r>
    </w:p>
    <w:p w14:paraId="557DBF4F" w14:textId="77777777" w:rsidR="006A2DAB" w:rsidRPr="00C85D81" w:rsidRDefault="006A2DAB" w:rsidP="006A2DAB">
      <w:pPr>
        <w:pStyle w:val="Heading2"/>
      </w:pPr>
      <w:r w:rsidRPr="00C85D81">
        <w:t>What we could test next</w:t>
      </w:r>
    </w:p>
    <w:p w14:paraId="54212E10" w14:textId="77777777" w:rsidR="006A2DAB" w:rsidRPr="00C85D81" w:rsidRDefault="006A2DAB" w:rsidP="006A2DAB">
      <w:r w:rsidRPr="00C85D81">
        <w:t>______________________________________________________________</w:t>
      </w:r>
    </w:p>
    <w:p w14:paraId="17F0F907" w14:textId="77777777" w:rsidR="006A2DAB" w:rsidRPr="00C85D81" w:rsidRDefault="006A2DAB" w:rsidP="006A2DAB">
      <w:r w:rsidRPr="00C85D81">
        <w:t>______________________________________________________________</w:t>
      </w:r>
    </w:p>
    <w:p w14:paraId="128E3386" w14:textId="77777777" w:rsidR="006A2DAB" w:rsidRPr="00C85D81" w:rsidRDefault="006A2DAB" w:rsidP="006A2DAB">
      <w:pPr>
        <w:pStyle w:val="Heading2"/>
      </w:pPr>
      <w:r w:rsidRPr="00C85D81">
        <w:t>Who needs to be involved</w:t>
      </w:r>
    </w:p>
    <w:p w14:paraId="745B5512" w14:textId="77777777" w:rsidR="006A2DAB" w:rsidRPr="00C85D81" w:rsidRDefault="006A2DAB" w:rsidP="006A2DAB">
      <w:r w:rsidRPr="00C85D81">
        <w:t>______________________________________________________________</w:t>
      </w:r>
    </w:p>
    <w:p w14:paraId="6EDB98FC" w14:textId="77777777" w:rsidR="006A2DAB" w:rsidRPr="00C85D81" w:rsidRDefault="006A2DAB" w:rsidP="006A2DAB">
      <w:r w:rsidRPr="00C85D81">
        <w:t>______________________________________________________________</w:t>
      </w:r>
    </w:p>
    <w:p w14:paraId="7988E8B7" w14:textId="77777777" w:rsidR="006A2DAB" w:rsidRPr="00C85D81" w:rsidRDefault="006A2DAB" w:rsidP="006A2DAB">
      <w:r w:rsidRPr="00C85D81">
        <w:br w:type="page"/>
      </w:r>
    </w:p>
    <w:p w14:paraId="1454A759" w14:textId="77777777" w:rsidR="006A2DAB" w:rsidRPr="00C85D81" w:rsidRDefault="006A2DAB" w:rsidP="006A2DAB">
      <w:pPr>
        <w:pStyle w:val="Heading1"/>
      </w:pPr>
      <w:r w:rsidRPr="00C85D81">
        <w:lastRenderedPageBreak/>
        <w:t>Chapter 13. The Process</w:t>
      </w:r>
    </w:p>
    <w:p w14:paraId="0EA4C658" w14:textId="77777777" w:rsidR="006A2DAB" w:rsidRPr="00C85D81" w:rsidRDefault="006A2DAB" w:rsidP="006A2DAB">
      <w:pPr>
        <w:pStyle w:val="Heading2"/>
      </w:pPr>
      <w:r w:rsidRPr="00C85D81">
        <w:t>Reflection questions</w:t>
      </w:r>
    </w:p>
    <w:p w14:paraId="6259DC9B" w14:textId="77777777" w:rsidR="006A2DAB" w:rsidRPr="00C85D81" w:rsidRDefault="006A2DAB" w:rsidP="006A2DAB">
      <w:pPr>
        <w:pStyle w:val="ListBullet"/>
        <w:tabs>
          <w:tab w:val="clear" w:pos="360"/>
          <w:tab w:val="num" w:pos="720"/>
        </w:tabs>
        <w:spacing w:after="200"/>
        <w:ind w:left="720"/>
      </w:pPr>
      <w:r w:rsidRPr="00C85D81">
        <w:t>How do your current plans help people see progress?</w:t>
      </w:r>
    </w:p>
    <w:p w14:paraId="2C7120D1" w14:textId="77777777" w:rsidR="006A2DAB" w:rsidRPr="00C85D81" w:rsidRDefault="006A2DAB" w:rsidP="006A2DAB">
      <w:pPr>
        <w:pStyle w:val="ListBullet"/>
        <w:tabs>
          <w:tab w:val="clear" w:pos="360"/>
          <w:tab w:val="num" w:pos="720"/>
        </w:tabs>
        <w:spacing w:after="200"/>
        <w:ind w:left="720"/>
      </w:pPr>
      <w:r w:rsidRPr="00C85D81">
        <w:t>Where does work drift because the next steps are too unclear?</w:t>
      </w:r>
    </w:p>
    <w:p w14:paraId="0B04CB18" w14:textId="77777777" w:rsidR="006A2DAB" w:rsidRPr="00C85D81" w:rsidRDefault="006A2DAB" w:rsidP="006A2DAB">
      <w:pPr>
        <w:pStyle w:val="ListBullet"/>
        <w:tabs>
          <w:tab w:val="clear" w:pos="360"/>
          <w:tab w:val="num" w:pos="720"/>
        </w:tabs>
        <w:spacing w:after="200"/>
        <w:ind w:left="720"/>
      </w:pPr>
      <w:r w:rsidRPr="00C85D81">
        <w:t>How do you review plans without turning them into a compliance exercise?</w:t>
      </w:r>
    </w:p>
    <w:p w14:paraId="51F0110A" w14:textId="77777777" w:rsidR="006A2DAB" w:rsidRPr="00C85D81" w:rsidRDefault="006A2DAB" w:rsidP="006A2DAB">
      <w:pPr>
        <w:pStyle w:val="Heading2"/>
      </w:pPr>
      <w:r w:rsidRPr="00C85D81">
        <w:t>Our notes</w:t>
      </w:r>
    </w:p>
    <w:p w14:paraId="01CA84C1" w14:textId="77777777" w:rsidR="006A2DAB" w:rsidRPr="00C85D81" w:rsidRDefault="006A2DAB" w:rsidP="006A2DAB">
      <w:r w:rsidRPr="00C85D81">
        <w:t>______________________________________________________________</w:t>
      </w:r>
    </w:p>
    <w:p w14:paraId="5153849A" w14:textId="77777777" w:rsidR="006A2DAB" w:rsidRPr="00C85D81" w:rsidRDefault="006A2DAB" w:rsidP="006A2DAB">
      <w:r w:rsidRPr="00C85D81">
        <w:t>______________________________________________________________</w:t>
      </w:r>
    </w:p>
    <w:p w14:paraId="0C12F366" w14:textId="77777777" w:rsidR="006A2DAB" w:rsidRPr="00C85D81" w:rsidRDefault="006A2DAB" w:rsidP="006A2DAB">
      <w:r w:rsidRPr="00C85D81">
        <w:t>______________________________________________________________</w:t>
      </w:r>
    </w:p>
    <w:p w14:paraId="4E10464D" w14:textId="77777777" w:rsidR="006A2DAB" w:rsidRPr="00C85D81" w:rsidRDefault="006A2DAB" w:rsidP="006A2DAB">
      <w:r w:rsidRPr="00C85D81">
        <w:t>______________________________________________________________</w:t>
      </w:r>
    </w:p>
    <w:p w14:paraId="6165E54B" w14:textId="77777777" w:rsidR="006A2DAB" w:rsidRPr="00C85D81" w:rsidRDefault="006A2DAB" w:rsidP="006A2DAB">
      <w:pPr>
        <w:pStyle w:val="Heading2"/>
      </w:pPr>
      <w:r w:rsidRPr="00C85D81">
        <w:t>Brief implementation exercise</w:t>
      </w:r>
    </w:p>
    <w:p w14:paraId="1D1A489D" w14:textId="77777777" w:rsidR="006A2DAB" w:rsidRPr="00C85D81" w:rsidRDefault="006A2DAB" w:rsidP="006A2DAB">
      <w:r w:rsidRPr="00C85D81">
        <w:t>Take one current support plan and rewrite it using five prompts: agreed purpose, what ten would look like, current starting point, next small steps and review date.</w:t>
      </w:r>
    </w:p>
    <w:p w14:paraId="146064C3" w14:textId="77777777" w:rsidR="006A2DAB" w:rsidRPr="00C85D81" w:rsidRDefault="006A2DAB" w:rsidP="006A2DAB">
      <w:pPr>
        <w:pStyle w:val="Heading2"/>
      </w:pPr>
      <w:r w:rsidRPr="00C85D81">
        <w:t>What this means for us</w:t>
      </w:r>
    </w:p>
    <w:p w14:paraId="51064962" w14:textId="77777777" w:rsidR="006A2DAB" w:rsidRPr="00C85D81" w:rsidRDefault="006A2DAB" w:rsidP="006A2DAB">
      <w:r w:rsidRPr="00C85D81">
        <w:t>______________________________________________________________</w:t>
      </w:r>
    </w:p>
    <w:p w14:paraId="793A0572" w14:textId="77777777" w:rsidR="006A2DAB" w:rsidRPr="00C85D81" w:rsidRDefault="006A2DAB" w:rsidP="006A2DAB">
      <w:r w:rsidRPr="00C85D81">
        <w:t>______________________________________________________________</w:t>
      </w:r>
    </w:p>
    <w:p w14:paraId="41EFE63E" w14:textId="77777777" w:rsidR="006A2DAB" w:rsidRPr="00C85D81" w:rsidRDefault="006A2DAB" w:rsidP="006A2DAB">
      <w:r w:rsidRPr="00C85D81">
        <w:t>______________________________________________________________</w:t>
      </w:r>
    </w:p>
    <w:p w14:paraId="2B60ADDE" w14:textId="77777777" w:rsidR="006A2DAB" w:rsidRPr="00C85D81" w:rsidRDefault="006A2DAB" w:rsidP="006A2DAB">
      <w:pPr>
        <w:pStyle w:val="Heading2"/>
      </w:pPr>
      <w:r w:rsidRPr="00C85D81">
        <w:t>What we could test next</w:t>
      </w:r>
    </w:p>
    <w:p w14:paraId="36FAF338" w14:textId="77777777" w:rsidR="006A2DAB" w:rsidRPr="00C85D81" w:rsidRDefault="006A2DAB" w:rsidP="006A2DAB">
      <w:r w:rsidRPr="00C85D81">
        <w:t>______________________________________________________________</w:t>
      </w:r>
    </w:p>
    <w:p w14:paraId="54516F74" w14:textId="77777777" w:rsidR="006A2DAB" w:rsidRPr="00C85D81" w:rsidRDefault="006A2DAB" w:rsidP="006A2DAB">
      <w:r w:rsidRPr="00C85D81">
        <w:t>______________________________________________________________</w:t>
      </w:r>
    </w:p>
    <w:p w14:paraId="532D9340" w14:textId="77777777" w:rsidR="006A2DAB" w:rsidRPr="00C85D81" w:rsidRDefault="006A2DAB" w:rsidP="006A2DAB">
      <w:pPr>
        <w:pStyle w:val="Heading2"/>
      </w:pPr>
      <w:r w:rsidRPr="00C85D81">
        <w:t>Who needs to be involved</w:t>
      </w:r>
    </w:p>
    <w:p w14:paraId="1676DD7D" w14:textId="77777777" w:rsidR="006A2DAB" w:rsidRPr="00C85D81" w:rsidRDefault="006A2DAB" w:rsidP="006A2DAB">
      <w:r w:rsidRPr="00C85D81">
        <w:t>______________________________________________________________</w:t>
      </w:r>
    </w:p>
    <w:p w14:paraId="691BB2B7" w14:textId="77777777" w:rsidR="006A2DAB" w:rsidRPr="00C85D81" w:rsidRDefault="006A2DAB" w:rsidP="006A2DAB">
      <w:r w:rsidRPr="00C85D81">
        <w:t>______________________________________________________________</w:t>
      </w:r>
    </w:p>
    <w:p w14:paraId="66A3FA0F" w14:textId="77777777" w:rsidR="006A2DAB" w:rsidRPr="00C85D81" w:rsidRDefault="006A2DAB" w:rsidP="006A2DAB">
      <w:r w:rsidRPr="00C85D81">
        <w:br w:type="page"/>
      </w:r>
    </w:p>
    <w:p w14:paraId="3BBCFAA6" w14:textId="77777777" w:rsidR="006A2DAB" w:rsidRPr="00C85D81" w:rsidRDefault="006A2DAB" w:rsidP="006A2DAB">
      <w:pPr>
        <w:pStyle w:val="Heading1"/>
      </w:pPr>
      <w:r w:rsidRPr="00C85D81">
        <w:lastRenderedPageBreak/>
        <w:t>Chapter 14. Using AI as a Thinking Partner</w:t>
      </w:r>
    </w:p>
    <w:p w14:paraId="5BE88D0B" w14:textId="77777777" w:rsidR="006A2DAB" w:rsidRPr="00C85D81" w:rsidRDefault="006A2DAB" w:rsidP="006A2DAB">
      <w:pPr>
        <w:pStyle w:val="Heading2"/>
      </w:pPr>
      <w:r w:rsidRPr="00C85D81">
        <w:t>Reflection questions</w:t>
      </w:r>
    </w:p>
    <w:p w14:paraId="0377B791" w14:textId="77777777" w:rsidR="006A2DAB" w:rsidRPr="00C85D81" w:rsidRDefault="006A2DAB" w:rsidP="006A2DAB">
      <w:pPr>
        <w:pStyle w:val="ListBullet"/>
        <w:tabs>
          <w:tab w:val="clear" w:pos="360"/>
          <w:tab w:val="num" w:pos="720"/>
        </w:tabs>
        <w:spacing w:after="200"/>
        <w:ind w:left="720"/>
      </w:pPr>
      <w:r w:rsidRPr="00C85D81">
        <w:t>What would be a safe and useful starting point for AI in your service?</w:t>
      </w:r>
    </w:p>
    <w:p w14:paraId="22C9DD9D" w14:textId="77777777" w:rsidR="006A2DAB" w:rsidRPr="00C85D81" w:rsidRDefault="006A2DAB" w:rsidP="006A2DAB">
      <w:pPr>
        <w:pStyle w:val="ListBullet"/>
        <w:tabs>
          <w:tab w:val="clear" w:pos="360"/>
          <w:tab w:val="num" w:pos="720"/>
        </w:tabs>
        <w:spacing w:after="200"/>
        <w:ind w:left="720"/>
      </w:pPr>
      <w:r w:rsidRPr="00C85D81">
        <w:t>What would staff need to know before using it well?</w:t>
      </w:r>
    </w:p>
    <w:p w14:paraId="3547A2C2" w14:textId="77777777" w:rsidR="006A2DAB" w:rsidRPr="00C85D81" w:rsidRDefault="006A2DAB" w:rsidP="006A2DAB">
      <w:pPr>
        <w:pStyle w:val="ListBullet"/>
        <w:tabs>
          <w:tab w:val="clear" w:pos="360"/>
          <w:tab w:val="num" w:pos="720"/>
        </w:tabs>
        <w:spacing w:after="200"/>
        <w:ind w:left="720"/>
      </w:pPr>
      <w:r w:rsidRPr="00C85D81">
        <w:t>Where could AI support curiosity without taking over judgement?</w:t>
      </w:r>
    </w:p>
    <w:p w14:paraId="183BB456" w14:textId="77777777" w:rsidR="006A2DAB" w:rsidRPr="00C85D81" w:rsidRDefault="006A2DAB" w:rsidP="006A2DAB">
      <w:pPr>
        <w:pStyle w:val="Heading2"/>
      </w:pPr>
      <w:r w:rsidRPr="00C85D81">
        <w:t>Our notes</w:t>
      </w:r>
    </w:p>
    <w:p w14:paraId="45820223" w14:textId="77777777" w:rsidR="006A2DAB" w:rsidRPr="00C85D81" w:rsidRDefault="006A2DAB" w:rsidP="006A2DAB">
      <w:r w:rsidRPr="00C85D81">
        <w:t>______________________________________________________________</w:t>
      </w:r>
    </w:p>
    <w:p w14:paraId="2798C9B7" w14:textId="77777777" w:rsidR="006A2DAB" w:rsidRPr="00C85D81" w:rsidRDefault="006A2DAB" w:rsidP="006A2DAB">
      <w:r w:rsidRPr="00C85D81">
        <w:t>______________________________________________________________</w:t>
      </w:r>
    </w:p>
    <w:p w14:paraId="2B7F3285" w14:textId="77777777" w:rsidR="006A2DAB" w:rsidRPr="00C85D81" w:rsidRDefault="006A2DAB" w:rsidP="006A2DAB">
      <w:r w:rsidRPr="00C85D81">
        <w:t>______________________________________________________________</w:t>
      </w:r>
    </w:p>
    <w:p w14:paraId="49C1E544" w14:textId="77777777" w:rsidR="006A2DAB" w:rsidRPr="00C85D81" w:rsidRDefault="006A2DAB" w:rsidP="006A2DAB">
      <w:r w:rsidRPr="00C85D81">
        <w:t>______________________________________________________________</w:t>
      </w:r>
    </w:p>
    <w:p w14:paraId="2E855073" w14:textId="77777777" w:rsidR="006A2DAB" w:rsidRPr="00C85D81" w:rsidRDefault="006A2DAB" w:rsidP="006A2DAB">
      <w:pPr>
        <w:pStyle w:val="Heading2"/>
      </w:pPr>
      <w:r w:rsidRPr="00C85D81">
        <w:t>Brief implementation exercise</w:t>
      </w:r>
    </w:p>
    <w:p w14:paraId="4B6C1116" w14:textId="77777777" w:rsidR="006A2DAB" w:rsidRPr="00C85D81" w:rsidRDefault="006A2DAB" w:rsidP="006A2DAB">
      <w:r w:rsidRPr="00C85D81">
        <w:t>List three tasks where AI could help you think, and three tasks where it must not be used. Turn that into a simple starting guide for your team.</w:t>
      </w:r>
    </w:p>
    <w:p w14:paraId="0BD85382" w14:textId="77777777" w:rsidR="006A2DAB" w:rsidRPr="00C85D81" w:rsidRDefault="006A2DAB" w:rsidP="006A2DAB">
      <w:pPr>
        <w:pStyle w:val="Heading2"/>
      </w:pPr>
      <w:r w:rsidRPr="00C85D81">
        <w:t>What this means for us</w:t>
      </w:r>
    </w:p>
    <w:p w14:paraId="050865E4" w14:textId="77777777" w:rsidR="006A2DAB" w:rsidRPr="00C85D81" w:rsidRDefault="006A2DAB" w:rsidP="006A2DAB">
      <w:r w:rsidRPr="00C85D81">
        <w:t>______________________________________________________________</w:t>
      </w:r>
    </w:p>
    <w:p w14:paraId="2E399021" w14:textId="77777777" w:rsidR="006A2DAB" w:rsidRPr="00C85D81" w:rsidRDefault="006A2DAB" w:rsidP="006A2DAB">
      <w:r w:rsidRPr="00C85D81">
        <w:t>______________________________________________________________</w:t>
      </w:r>
    </w:p>
    <w:p w14:paraId="715B1395" w14:textId="77777777" w:rsidR="006A2DAB" w:rsidRPr="00C85D81" w:rsidRDefault="006A2DAB" w:rsidP="006A2DAB">
      <w:r w:rsidRPr="00C85D81">
        <w:t>______________________________________________________________</w:t>
      </w:r>
    </w:p>
    <w:p w14:paraId="4E0B33EA" w14:textId="77777777" w:rsidR="006A2DAB" w:rsidRPr="00C85D81" w:rsidRDefault="006A2DAB" w:rsidP="006A2DAB">
      <w:pPr>
        <w:pStyle w:val="Heading2"/>
      </w:pPr>
      <w:r w:rsidRPr="00C85D81">
        <w:t>What we could test next</w:t>
      </w:r>
    </w:p>
    <w:p w14:paraId="1ED36A5B" w14:textId="77777777" w:rsidR="006A2DAB" w:rsidRPr="00C85D81" w:rsidRDefault="006A2DAB" w:rsidP="006A2DAB">
      <w:r w:rsidRPr="00C85D81">
        <w:t>______________________________________________________________</w:t>
      </w:r>
    </w:p>
    <w:p w14:paraId="2FA3F070" w14:textId="77777777" w:rsidR="006A2DAB" w:rsidRPr="00C85D81" w:rsidRDefault="006A2DAB" w:rsidP="006A2DAB">
      <w:r w:rsidRPr="00C85D81">
        <w:t>______________________________________________________________</w:t>
      </w:r>
    </w:p>
    <w:p w14:paraId="3F4BC830" w14:textId="77777777" w:rsidR="006A2DAB" w:rsidRPr="00C85D81" w:rsidRDefault="006A2DAB" w:rsidP="006A2DAB">
      <w:pPr>
        <w:pStyle w:val="Heading2"/>
      </w:pPr>
      <w:r w:rsidRPr="00C85D81">
        <w:t>Who needs to be involved</w:t>
      </w:r>
    </w:p>
    <w:p w14:paraId="594BA890" w14:textId="77777777" w:rsidR="006A2DAB" w:rsidRPr="00C85D81" w:rsidRDefault="006A2DAB" w:rsidP="006A2DAB">
      <w:r w:rsidRPr="00C85D81">
        <w:t>______________________________________________________________</w:t>
      </w:r>
    </w:p>
    <w:p w14:paraId="468E6EF5" w14:textId="77777777" w:rsidR="006A2DAB" w:rsidRPr="00C85D81" w:rsidRDefault="006A2DAB" w:rsidP="006A2DAB">
      <w:r w:rsidRPr="00C85D81">
        <w:t>______________________________________________________________</w:t>
      </w:r>
    </w:p>
    <w:p w14:paraId="61439441" w14:textId="77777777" w:rsidR="006A2DAB" w:rsidRPr="00C85D81" w:rsidRDefault="006A2DAB" w:rsidP="006A2DAB">
      <w:r w:rsidRPr="00C85D81">
        <w:br w:type="page"/>
      </w:r>
    </w:p>
    <w:p w14:paraId="789B66FD" w14:textId="77777777" w:rsidR="006A2DAB" w:rsidRPr="00C85D81" w:rsidRDefault="006A2DAB" w:rsidP="006A2DAB">
      <w:pPr>
        <w:pStyle w:val="Heading1"/>
      </w:pPr>
      <w:r w:rsidRPr="00C85D81">
        <w:lastRenderedPageBreak/>
        <w:t>Chapter 15. Journaling</w:t>
      </w:r>
    </w:p>
    <w:p w14:paraId="7CCAEEE5" w14:textId="77777777" w:rsidR="006A2DAB" w:rsidRPr="00C85D81" w:rsidRDefault="006A2DAB" w:rsidP="006A2DAB">
      <w:pPr>
        <w:pStyle w:val="Heading2"/>
      </w:pPr>
      <w:r w:rsidRPr="00C85D81">
        <w:t>Reflection questions</w:t>
      </w:r>
    </w:p>
    <w:p w14:paraId="103BB21E" w14:textId="77777777" w:rsidR="006A2DAB" w:rsidRPr="00C85D81" w:rsidRDefault="006A2DAB" w:rsidP="006A2DAB">
      <w:pPr>
        <w:pStyle w:val="ListBullet"/>
        <w:tabs>
          <w:tab w:val="clear" w:pos="360"/>
          <w:tab w:val="num" w:pos="720"/>
        </w:tabs>
        <w:spacing w:after="200"/>
        <w:ind w:left="720"/>
      </w:pPr>
      <w:r w:rsidRPr="00C85D81">
        <w:t>What do your current notes encourage staff to record?</w:t>
      </w:r>
    </w:p>
    <w:p w14:paraId="5D2CE42A" w14:textId="77777777" w:rsidR="006A2DAB" w:rsidRPr="00C85D81" w:rsidRDefault="006A2DAB" w:rsidP="006A2DAB">
      <w:pPr>
        <w:pStyle w:val="ListBullet"/>
        <w:tabs>
          <w:tab w:val="clear" w:pos="360"/>
          <w:tab w:val="num" w:pos="720"/>
        </w:tabs>
        <w:spacing w:after="200"/>
        <w:ind w:left="720"/>
      </w:pPr>
      <w:r w:rsidRPr="00C85D81">
        <w:t>How easy is it to see purpose, progress and learning in them?</w:t>
      </w:r>
    </w:p>
    <w:p w14:paraId="1E3A1319" w14:textId="77777777" w:rsidR="006A2DAB" w:rsidRPr="00C85D81" w:rsidRDefault="006A2DAB" w:rsidP="006A2DAB">
      <w:pPr>
        <w:pStyle w:val="ListBullet"/>
        <w:tabs>
          <w:tab w:val="clear" w:pos="360"/>
          <w:tab w:val="num" w:pos="720"/>
        </w:tabs>
        <w:spacing w:after="200"/>
        <w:ind w:left="720"/>
      </w:pPr>
      <w:r w:rsidRPr="00C85D81">
        <w:t>What would change if journaling focused more on reflection than transcription?</w:t>
      </w:r>
    </w:p>
    <w:p w14:paraId="34FB78E1" w14:textId="77777777" w:rsidR="006A2DAB" w:rsidRPr="00C85D81" w:rsidRDefault="006A2DAB" w:rsidP="006A2DAB">
      <w:pPr>
        <w:pStyle w:val="Heading2"/>
      </w:pPr>
      <w:r w:rsidRPr="00C85D81">
        <w:t>Our notes</w:t>
      </w:r>
    </w:p>
    <w:p w14:paraId="2E591E90" w14:textId="77777777" w:rsidR="006A2DAB" w:rsidRPr="00C85D81" w:rsidRDefault="006A2DAB" w:rsidP="006A2DAB">
      <w:r w:rsidRPr="00C85D81">
        <w:t>______________________________________________________________</w:t>
      </w:r>
    </w:p>
    <w:p w14:paraId="2BF65773" w14:textId="77777777" w:rsidR="006A2DAB" w:rsidRPr="00C85D81" w:rsidRDefault="006A2DAB" w:rsidP="006A2DAB">
      <w:r w:rsidRPr="00C85D81">
        <w:t>______________________________________________________________</w:t>
      </w:r>
    </w:p>
    <w:p w14:paraId="2485A827" w14:textId="77777777" w:rsidR="006A2DAB" w:rsidRPr="00C85D81" w:rsidRDefault="006A2DAB" w:rsidP="006A2DAB">
      <w:r w:rsidRPr="00C85D81">
        <w:t>______________________________________________________________</w:t>
      </w:r>
    </w:p>
    <w:p w14:paraId="36909DAF" w14:textId="77777777" w:rsidR="006A2DAB" w:rsidRPr="00C85D81" w:rsidRDefault="006A2DAB" w:rsidP="006A2DAB">
      <w:r w:rsidRPr="00C85D81">
        <w:t>______________________________________________________________</w:t>
      </w:r>
    </w:p>
    <w:p w14:paraId="64FE2148" w14:textId="77777777" w:rsidR="006A2DAB" w:rsidRPr="00C85D81" w:rsidRDefault="006A2DAB" w:rsidP="006A2DAB">
      <w:pPr>
        <w:pStyle w:val="Heading2"/>
      </w:pPr>
      <w:r w:rsidRPr="00C85D81">
        <w:t>Brief implementation exercise</w:t>
      </w:r>
    </w:p>
    <w:p w14:paraId="044FB7C7" w14:textId="77777777" w:rsidR="006A2DAB" w:rsidRPr="00C85D81" w:rsidRDefault="006A2DAB" w:rsidP="006A2DAB">
      <w:r w:rsidRPr="00C85D81">
        <w:t>Take one recent record and ask four questions: what happened, how did it go, why did it go that way, and what does that mean for the next step? Use the answers to design a new note template.</w:t>
      </w:r>
    </w:p>
    <w:p w14:paraId="014A00FF" w14:textId="77777777" w:rsidR="006A2DAB" w:rsidRPr="00C85D81" w:rsidRDefault="006A2DAB" w:rsidP="006A2DAB">
      <w:pPr>
        <w:pStyle w:val="Heading2"/>
      </w:pPr>
      <w:r w:rsidRPr="00C85D81">
        <w:t>What this means for us</w:t>
      </w:r>
    </w:p>
    <w:p w14:paraId="0F14F6DB" w14:textId="77777777" w:rsidR="006A2DAB" w:rsidRPr="00C85D81" w:rsidRDefault="006A2DAB" w:rsidP="006A2DAB">
      <w:r w:rsidRPr="00C85D81">
        <w:t>______________________________________________________________</w:t>
      </w:r>
    </w:p>
    <w:p w14:paraId="324ED639" w14:textId="77777777" w:rsidR="006A2DAB" w:rsidRPr="00C85D81" w:rsidRDefault="006A2DAB" w:rsidP="006A2DAB">
      <w:r w:rsidRPr="00C85D81">
        <w:t>______________________________________________________________</w:t>
      </w:r>
    </w:p>
    <w:p w14:paraId="157D238F" w14:textId="77777777" w:rsidR="006A2DAB" w:rsidRPr="00C85D81" w:rsidRDefault="006A2DAB" w:rsidP="006A2DAB">
      <w:r w:rsidRPr="00C85D81">
        <w:t>______________________________________________________________</w:t>
      </w:r>
    </w:p>
    <w:p w14:paraId="7CC9F4C8" w14:textId="77777777" w:rsidR="006A2DAB" w:rsidRPr="00C85D81" w:rsidRDefault="006A2DAB" w:rsidP="006A2DAB">
      <w:pPr>
        <w:pStyle w:val="Heading2"/>
      </w:pPr>
      <w:r w:rsidRPr="00C85D81">
        <w:t>What we could test next</w:t>
      </w:r>
    </w:p>
    <w:p w14:paraId="6AC09E51" w14:textId="77777777" w:rsidR="006A2DAB" w:rsidRPr="00C85D81" w:rsidRDefault="006A2DAB" w:rsidP="006A2DAB">
      <w:r w:rsidRPr="00C85D81">
        <w:t>______________________________________________________________</w:t>
      </w:r>
    </w:p>
    <w:p w14:paraId="7A86832E" w14:textId="77777777" w:rsidR="006A2DAB" w:rsidRPr="00C85D81" w:rsidRDefault="006A2DAB" w:rsidP="006A2DAB">
      <w:r w:rsidRPr="00C85D81">
        <w:t>______________________________________________________________</w:t>
      </w:r>
    </w:p>
    <w:p w14:paraId="15638249" w14:textId="77777777" w:rsidR="006A2DAB" w:rsidRPr="00C85D81" w:rsidRDefault="006A2DAB" w:rsidP="006A2DAB">
      <w:pPr>
        <w:pStyle w:val="Heading2"/>
      </w:pPr>
      <w:r w:rsidRPr="00C85D81">
        <w:t>Who needs to be involved</w:t>
      </w:r>
    </w:p>
    <w:p w14:paraId="2589E6B0" w14:textId="77777777" w:rsidR="006A2DAB" w:rsidRPr="00C85D81" w:rsidRDefault="006A2DAB" w:rsidP="006A2DAB">
      <w:r w:rsidRPr="00C85D81">
        <w:t>______________________________________________________________</w:t>
      </w:r>
    </w:p>
    <w:p w14:paraId="3663C24F" w14:textId="77777777" w:rsidR="006A2DAB" w:rsidRPr="00C85D81" w:rsidRDefault="006A2DAB" w:rsidP="006A2DAB">
      <w:r w:rsidRPr="00C85D81">
        <w:t>______________________________________________________________</w:t>
      </w:r>
    </w:p>
    <w:p w14:paraId="2C221868" w14:textId="77777777" w:rsidR="006A2DAB" w:rsidRPr="00C85D81" w:rsidRDefault="006A2DAB" w:rsidP="006A2DAB">
      <w:r w:rsidRPr="00C85D81">
        <w:br w:type="page"/>
      </w:r>
    </w:p>
    <w:p w14:paraId="330F211A" w14:textId="77777777" w:rsidR="006A2DAB" w:rsidRPr="00C85D81" w:rsidRDefault="006A2DAB" w:rsidP="006A2DAB">
      <w:pPr>
        <w:pStyle w:val="Heading1"/>
      </w:pPr>
      <w:r w:rsidRPr="00C85D81">
        <w:lastRenderedPageBreak/>
        <w:t>Chapter 16. Risk Management Plan</w:t>
      </w:r>
    </w:p>
    <w:p w14:paraId="6675BBAF" w14:textId="77777777" w:rsidR="006A2DAB" w:rsidRPr="00C85D81" w:rsidRDefault="006A2DAB" w:rsidP="006A2DAB">
      <w:pPr>
        <w:pStyle w:val="Heading2"/>
      </w:pPr>
      <w:r w:rsidRPr="00C85D81">
        <w:t>Reflection questions</w:t>
      </w:r>
    </w:p>
    <w:p w14:paraId="4DAE0F3A" w14:textId="77777777" w:rsidR="006A2DAB" w:rsidRPr="00C85D81" w:rsidRDefault="006A2DAB" w:rsidP="006A2DAB">
      <w:pPr>
        <w:pStyle w:val="ListBullet"/>
        <w:tabs>
          <w:tab w:val="clear" w:pos="360"/>
          <w:tab w:val="num" w:pos="720"/>
        </w:tabs>
        <w:spacing w:after="200"/>
        <w:ind w:left="720"/>
      </w:pPr>
      <w:r w:rsidRPr="00C85D81">
        <w:t>How live are your current risk plans?</w:t>
      </w:r>
    </w:p>
    <w:p w14:paraId="298AF811" w14:textId="77777777" w:rsidR="006A2DAB" w:rsidRPr="00C85D81" w:rsidRDefault="006A2DAB" w:rsidP="006A2DAB">
      <w:pPr>
        <w:pStyle w:val="ListBullet"/>
        <w:tabs>
          <w:tab w:val="clear" w:pos="360"/>
          <w:tab w:val="num" w:pos="720"/>
        </w:tabs>
        <w:spacing w:after="200"/>
        <w:ind w:left="720"/>
      </w:pPr>
      <w:r w:rsidRPr="00C85D81">
        <w:t>Can workers easily find and use the key mitigation steps they need?</w:t>
      </w:r>
    </w:p>
    <w:p w14:paraId="535B6F67" w14:textId="77777777" w:rsidR="006A2DAB" w:rsidRPr="00C85D81" w:rsidRDefault="006A2DAB" w:rsidP="006A2DAB">
      <w:pPr>
        <w:pStyle w:val="ListBullet"/>
        <w:tabs>
          <w:tab w:val="clear" w:pos="360"/>
          <w:tab w:val="num" w:pos="720"/>
        </w:tabs>
        <w:spacing w:after="200"/>
        <w:ind w:left="720"/>
      </w:pPr>
      <w:r w:rsidRPr="00C85D81">
        <w:t>What is the relationship between your recording system and your risk management process?</w:t>
      </w:r>
    </w:p>
    <w:p w14:paraId="75CDAA57" w14:textId="77777777" w:rsidR="006A2DAB" w:rsidRPr="00C85D81" w:rsidRDefault="006A2DAB" w:rsidP="006A2DAB">
      <w:pPr>
        <w:pStyle w:val="Heading2"/>
      </w:pPr>
      <w:r w:rsidRPr="00C85D81">
        <w:t>Our notes</w:t>
      </w:r>
    </w:p>
    <w:p w14:paraId="6E0CC955" w14:textId="77777777" w:rsidR="006A2DAB" w:rsidRPr="00C85D81" w:rsidRDefault="006A2DAB" w:rsidP="006A2DAB">
      <w:r w:rsidRPr="00C85D81">
        <w:t>______________________________________________________________</w:t>
      </w:r>
    </w:p>
    <w:p w14:paraId="7B94BA49" w14:textId="77777777" w:rsidR="006A2DAB" w:rsidRPr="00C85D81" w:rsidRDefault="006A2DAB" w:rsidP="006A2DAB">
      <w:r w:rsidRPr="00C85D81">
        <w:t>______________________________________________________________</w:t>
      </w:r>
    </w:p>
    <w:p w14:paraId="13BB7ED4" w14:textId="77777777" w:rsidR="006A2DAB" w:rsidRPr="00C85D81" w:rsidRDefault="006A2DAB" w:rsidP="006A2DAB">
      <w:r w:rsidRPr="00C85D81">
        <w:t>______________________________________________________________</w:t>
      </w:r>
    </w:p>
    <w:p w14:paraId="1AFD4BAE" w14:textId="77777777" w:rsidR="006A2DAB" w:rsidRPr="00C85D81" w:rsidRDefault="006A2DAB" w:rsidP="006A2DAB">
      <w:r w:rsidRPr="00C85D81">
        <w:t>______________________________________________________________</w:t>
      </w:r>
    </w:p>
    <w:p w14:paraId="024D22B0" w14:textId="77777777" w:rsidR="006A2DAB" w:rsidRPr="00C85D81" w:rsidRDefault="006A2DAB" w:rsidP="006A2DAB">
      <w:pPr>
        <w:pStyle w:val="Heading2"/>
      </w:pPr>
      <w:r w:rsidRPr="00C85D81">
        <w:t>Brief implementation exercise</w:t>
      </w:r>
    </w:p>
    <w:p w14:paraId="6438708F" w14:textId="77777777" w:rsidR="006A2DAB" w:rsidRPr="00C85D81" w:rsidRDefault="006A2DAB" w:rsidP="006A2DAB">
      <w:r w:rsidRPr="00C85D81">
        <w:t>Review one current risk plan against five questions: is it current, clear, specific, shared and actively shaping decisions? Note one improvement you can make this week.</w:t>
      </w:r>
    </w:p>
    <w:p w14:paraId="644307C0" w14:textId="77777777" w:rsidR="006A2DAB" w:rsidRPr="00C85D81" w:rsidRDefault="006A2DAB" w:rsidP="006A2DAB">
      <w:pPr>
        <w:pStyle w:val="Heading2"/>
      </w:pPr>
      <w:r w:rsidRPr="00C85D81">
        <w:t>What this means for us</w:t>
      </w:r>
    </w:p>
    <w:p w14:paraId="7A8D2D82" w14:textId="77777777" w:rsidR="006A2DAB" w:rsidRPr="00C85D81" w:rsidRDefault="006A2DAB" w:rsidP="006A2DAB">
      <w:r w:rsidRPr="00C85D81">
        <w:t>______________________________________________________________</w:t>
      </w:r>
    </w:p>
    <w:p w14:paraId="1517CF7D" w14:textId="77777777" w:rsidR="006A2DAB" w:rsidRPr="00C85D81" w:rsidRDefault="006A2DAB" w:rsidP="006A2DAB">
      <w:r w:rsidRPr="00C85D81">
        <w:t>______________________________________________________________</w:t>
      </w:r>
    </w:p>
    <w:p w14:paraId="4D7F9A3E" w14:textId="77777777" w:rsidR="006A2DAB" w:rsidRPr="00C85D81" w:rsidRDefault="006A2DAB" w:rsidP="006A2DAB">
      <w:r w:rsidRPr="00C85D81">
        <w:t>______________________________________________________________</w:t>
      </w:r>
    </w:p>
    <w:p w14:paraId="334D2054" w14:textId="77777777" w:rsidR="006A2DAB" w:rsidRPr="00C85D81" w:rsidRDefault="006A2DAB" w:rsidP="006A2DAB">
      <w:pPr>
        <w:pStyle w:val="Heading2"/>
      </w:pPr>
      <w:r w:rsidRPr="00C85D81">
        <w:t>What we could test next</w:t>
      </w:r>
    </w:p>
    <w:p w14:paraId="30DE0E42" w14:textId="77777777" w:rsidR="006A2DAB" w:rsidRPr="00C85D81" w:rsidRDefault="006A2DAB" w:rsidP="006A2DAB">
      <w:r w:rsidRPr="00C85D81">
        <w:t>______________________________________________________________</w:t>
      </w:r>
    </w:p>
    <w:p w14:paraId="51D5C85A" w14:textId="77777777" w:rsidR="006A2DAB" w:rsidRPr="00C85D81" w:rsidRDefault="006A2DAB" w:rsidP="006A2DAB">
      <w:r w:rsidRPr="00C85D81">
        <w:t>______________________________________________________________</w:t>
      </w:r>
    </w:p>
    <w:p w14:paraId="1173FE63" w14:textId="77777777" w:rsidR="006A2DAB" w:rsidRPr="00C85D81" w:rsidRDefault="006A2DAB" w:rsidP="006A2DAB">
      <w:pPr>
        <w:pStyle w:val="Heading2"/>
      </w:pPr>
      <w:r w:rsidRPr="00C85D81">
        <w:t>Who needs to be involved</w:t>
      </w:r>
    </w:p>
    <w:p w14:paraId="29F2DFB4" w14:textId="77777777" w:rsidR="006A2DAB" w:rsidRPr="00C85D81" w:rsidRDefault="006A2DAB" w:rsidP="006A2DAB">
      <w:r w:rsidRPr="00C85D81">
        <w:t>______________________________________________________________</w:t>
      </w:r>
    </w:p>
    <w:p w14:paraId="657CB7A8" w14:textId="77777777" w:rsidR="006A2DAB" w:rsidRPr="00C85D81" w:rsidRDefault="006A2DAB" w:rsidP="006A2DAB">
      <w:r w:rsidRPr="00C85D81">
        <w:t>______________________________________________________________</w:t>
      </w:r>
    </w:p>
    <w:p w14:paraId="7C9E9BDE" w14:textId="77777777" w:rsidR="006A2DAB" w:rsidRPr="00C85D81" w:rsidRDefault="006A2DAB" w:rsidP="006A2DAB">
      <w:r w:rsidRPr="00C85D81">
        <w:br w:type="page"/>
      </w:r>
    </w:p>
    <w:p w14:paraId="6BCE8CCE" w14:textId="77777777" w:rsidR="006A2DAB" w:rsidRPr="00C85D81" w:rsidRDefault="006A2DAB" w:rsidP="006A2DAB">
      <w:pPr>
        <w:pStyle w:val="Heading1"/>
      </w:pPr>
      <w:r w:rsidRPr="00C85D81">
        <w:lastRenderedPageBreak/>
        <w:t>Chapter 17. Learning Review</w:t>
      </w:r>
    </w:p>
    <w:p w14:paraId="6DFCB019" w14:textId="77777777" w:rsidR="006A2DAB" w:rsidRPr="00C85D81" w:rsidRDefault="006A2DAB" w:rsidP="006A2DAB">
      <w:pPr>
        <w:pStyle w:val="Heading2"/>
      </w:pPr>
      <w:r w:rsidRPr="00C85D81">
        <w:t>Reflection questions</w:t>
      </w:r>
    </w:p>
    <w:p w14:paraId="11FC9344" w14:textId="77777777" w:rsidR="006A2DAB" w:rsidRPr="00C85D81" w:rsidRDefault="006A2DAB" w:rsidP="006A2DAB">
      <w:pPr>
        <w:pStyle w:val="ListBullet"/>
        <w:tabs>
          <w:tab w:val="clear" w:pos="360"/>
          <w:tab w:val="num" w:pos="720"/>
        </w:tabs>
        <w:spacing w:after="200"/>
        <w:ind w:left="720"/>
      </w:pPr>
      <w:r w:rsidRPr="00C85D81">
        <w:t>What is the current purpose of your case review spaces?</w:t>
      </w:r>
    </w:p>
    <w:p w14:paraId="21AA45A3" w14:textId="77777777" w:rsidR="006A2DAB" w:rsidRPr="00C85D81" w:rsidRDefault="006A2DAB" w:rsidP="006A2DAB">
      <w:pPr>
        <w:pStyle w:val="ListBullet"/>
        <w:tabs>
          <w:tab w:val="clear" w:pos="360"/>
          <w:tab w:val="num" w:pos="720"/>
        </w:tabs>
        <w:spacing w:after="200"/>
        <w:ind w:left="720"/>
      </w:pPr>
      <w:r w:rsidRPr="00C85D81">
        <w:t>How often do they generate new understanding rather than only next actions?</w:t>
      </w:r>
    </w:p>
    <w:p w14:paraId="1C3E3EF5" w14:textId="77777777" w:rsidR="006A2DAB" w:rsidRPr="00C85D81" w:rsidRDefault="006A2DAB" w:rsidP="006A2DAB">
      <w:pPr>
        <w:pStyle w:val="ListBullet"/>
        <w:tabs>
          <w:tab w:val="clear" w:pos="360"/>
          <w:tab w:val="num" w:pos="720"/>
        </w:tabs>
        <w:spacing w:after="200"/>
        <w:ind w:left="720"/>
      </w:pPr>
      <w:r w:rsidRPr="00C85D81">
        <w:t>How open is your service to changing process in response to what is learned?</w:t>
      </w:r>
    </w:p>
    <w:p w14:paraId="1B01EE16" w14:textId="77777777" w:rsidR="006A2DAB" w:rsidRPr="00C85D81" w:rsidRDefault="006A2DAB" w:rsidP="006A2DAB">
      <w:pPr>
        <w:pStyle w:val="Heading2"/>
      </w:pPr>
      <w:r w:rsidRPr="00C85D81">
        <w:t>Our notes</w:t>
      </w:r>
    </w:p>
    <w:p w14:paraId="3417747F" w14:textId="77777777" w:rsidR="006A2DAB" w:rsidRPr="00C85D81" w:rsidRDefault="006A2DAB" w:rsidP="006A2DAB">
      <w:r w:rsidRPr="00C85D81">
        <w:t>______________________________________________________________</w:t>
      </w:r>
    </w:p>
    <w:p w14:paraId="02DCEFF3" w14:textId="77777777" w:rsidR="006A2DAB" w:rsidRPr="00C85D81" w:rsidRDefault="006A2DAB" w:rsidP="006A2DAB">
      <w:r w:rsidRPr="00C85D81">
        <w:t>______________________________________________________________</w:t>
      </w:r>
    </w:p>
    <w:p w14:paraId="70EDFF83" w14:textId="77777777" w:rsidR="006A2DAB" w:rsidRPr="00C85D81" w:rsidRDefault="006A2DAB" w:rsidP="006A2DAB">
      <w:r w:rsidRPr="00C85D81">
        <w:t>______________________________________________________________</w:t>
      </w:r>
    </w:p>
    <w:p w14:paraId="7570344F" w14:textId="77777777" w:rsidR="006A2DAB" w:rsidRPr="00C85D81" w:rsidRDefault="006A2DAB" w:rsidP="006A2DAB">
      <w:r w:rsidRPr="00C85D81">
        <w:t>______________________________________________________________</w:t>
      </w:r>
    </w:p>
    <w:p w14:paraId="6C93A4DF" w14:textId="77777777" w:rsidR="006A2DAB" w:rsidRPr="00C85D81" w:rsidRDefault="006A2DAB" w:rsidP="006A2DAB">
      <w:pPr>
        <w:pStyle w:val="Heading2"/>
      </w:pPr>
      <w:r w:rsidRPr="00C85D81">
        <w:t>Brief implementation exercise</w:t>
      </w:r>
    </w:p>
    <w:p w14:paraId="7728E7AF" w14:textId="77777777" w:rsidR="006A2DAB" w:rsidRPr="00C85D81" w:rsidRDefault="006A2DAB" w:rsidP="006A2DAB">
      <w:r w:rsidRPr="00C85D81">
        <w:t>Design a pilot learning review using four prompts: what do we know, what do we not yet know, what assumptions may be shaping us, and what might we be missing entirely? Test it with one case discussion.</w:t>
      </w:r>
    </w:p>
    <w:p w14:paraId="774D1B55" w14:textId="77777777" w:rsidR="006A2DAB" w:rsidRPr="00C85D81" w:rsidRDefault="006A2DAB" w:rsidP="006A2DAB">
      <w:pPr>
        <w:pStyle w:val="Heading2"/>
      </w:pPr>
      <w:r w:rsidRPr="00C85D81">
        <w:t>What this means for us</w:t>
      </w:r>
    </w:p>
    <w:p w14:paraId="641E8855" w14:textId="77777777" w:rsidR="006A2DAB" w:rsidRPr="00C85D81" w:rsidRDefault="006A2DAB" w:rsidP="006A2DAB">
      <w:r w:rsidRPr="00C85D81">
        <w:t>______________________________________________________________</w:t>
      </w:r>
    </w:p>
    <w:p w14:paraId="026119D9" w14:textId="77777777" w:rsidR="006A2DAB" w:rsidRPr="00C85D81" w:rsidRDefault="006A2DAB" w:rsidP="006A2DAB">
      <w:r w:rsidRPr="00C85D81">
        <w:t>______________________________________________________________</w:t>
      </w:r>
    </w:p>
    <w:p w14:paraId="62293BB3" w14:textId="77777777" w:rsidR="006A2DAB" w:rsidRPr="00C85D81" w:rsidRDefault="006A2DAB" w:rsidP="006A2DAB">
      <w:r w:rsidRPr="00C85D81">
        <w:t>______________________________________________________________</w:t>
      </w:r>
    </w:p>
    <w:p w14:paraId="62E41FC3" w14:textId="77777777" w:rsidR="006A2DAB" w:rsidRPr="00C85D81" w:rsidRDefault="006A2DAB" w:rsidP="006A2DAB">
      <w:pPr>
        <w:pStyle w:val="Heading2"/>
      </w:pPr>
      <w:r w:rsidRPr="00C85D81">
        <w:t>What we could test next</w:t>
      </w:r>
    </w:p>
    <w:p w14:paraId="64A37599" w14:textId="77777777" w:rsidR="006A2DAB" w:rsidRPr="00C85D81" w:rsidRDefault="006A2DAB" w:rsidP="006A2DAB">
      <w:r w:rsidRPr="00C85D81">
        <w:t>______________________________________________________________</w:t>
      </w:r>
    </w:p>
    <w:p w14:paraId="6DE34ECA" w14:textId="77777777" w:rsidR="006A2DAB" w:rsidRPr="00C85D81" w:rsidRDefault="006A2DAB" w:rsidP="006A2DAB">
      <w:r w:rsidRPr="00C85D81">
        <w:t>______________________________________________________________</w:t>
      </w:r>
    </w:p>
    <w:p w14:paraId="44527DEA" w14:textId="77777777" w:rsidR="006A2DAB" w:rsidRPr="00C85D81" w:rsidRDefault="006A2DAB" w:rsidP="006A2DAB">
      <w:pPr>
        <w:pStyle w:val="Heading2"/>
      </w:pPr>
      <w:r w:rsidRPr="00C85D81">
        <w:t>Who needs to be involved</w:t>
      </w:r>
    </w:p>
    <w:p w14:paraId="2BB54E74" w14:textId="77777777" w:rsidR="006A2DAB" w:rsidRPr="00C85D81" w:rsidRDefault="006A2DAB" w:rsidP="006A2DAB">
      <w:r w:rsidRPr="00C85D81">
        <w:t>______________________________________________________________</w:t>
      </w:r>
    </w:p>
    <w:p w14:paraId="658F86D0" w14:textId="77777777" w:rsidR="006A2DAB" w:rsidRPr="00C85D81" w:rsidRDefault="006A2DAB" w:rsidP="006A2DAB">
      <w:r w:rsidRPr="00C85D81">
        <w:t>______________________________________________________________</w:t>
      </w:r>
    </w:p>
    <w:p w14:paraId="4E33CF20" w14:textId="77777777" w:rsidR="006A2DAB" w:rsidRPr="00C85D81" w:rsidRDefault="006A2DAB" w:rsidP="006A2DAB">
      <w:r w:rsidRPr="00C85D81">
        <w:br w:type="page"/>
      </w:r>
    </w:p>
    <w:p w14:paraId="349DD83E" w14:textId="77777777" w:rsidR="006A2DAB" w:rsidRPr="00C85D81" w:rsidRDefault="006A2DAB" w:rsidP="006A2DAB">
      <w:pPr>
        <w:pStyle w:val="Heading1"/>
      </w:pPr>
      <w:r w:rsidRPr="00C85D81">
        <w:lastRenderedPageBreak/>
        <w:t>Chapter 17.1. Kolb’s cycle of experiential learning</w:t>
      </w:r>
    </w:p>
    <w:p w14:paraId="267D7F4B" w14:textId="77777777" w:rsidR="006A2DAB" w:rsidRPr="00C85D81" w:rsidRDefault="006A2DAB" w:rsidP="006A2DAB">
      <w:pPr>
        <w:pStyle w:val="Heading2"/>
      </w:pPr>
      <w:r w:rsidRPr="00C85D81">
        <w:t>Reflection questions</w:t>
      </w:r>
    </w:p>
    <w:p w14:paraId="37891FA3" w14:textId="77777777" w:rsidR="006A2DAB" w:rsidRPr="00C85D81" w:rsidRDefault="006A2DAB" w:rsidP="006A2DAB">
      <w:pPr>
        <w:pStyle w:val="ListBullet"/>
        <w:tabs>
          <w:tab w:val="clear" w:pos="360"/>
          <w:tab w:val="num" w:pos="720"/>
        </w:tabs>
        <w:spacing w:after="200"/>
        <w:ind w:left="720"/>
      </w:pPr>
      <w:r w:rsidRPr="00C85D81">
        <w:t>Where does your team currently reflect on concrete experience?</w:t>
      </w:r>
    </w:p>
    <w:p w14:paraId="228F7D51" w14:textId="77777777" w:rsidR="006A2DAB" w:rsidRPr="00C85D81" w:rsidRDefault="006A2DAB" w:rsidP="006A2DAB">
      <w:pPr>
        <w:pStyle w:val="ListBullet"/>
        <w:tabs>
          <w:tab w:val="clear" w:pos="360"/>
          <w:tab w:val="num" w:pos="720"/>
        </w:tabs>
        <w:spacing w:after="200"/>
        <w:ind w:left="720"/>
      </w:pPr>
      <w:r w:rsidRPr="00C85D81">
        <w:t>What helps move learning into the next experiment?</w:t>
      </w:r>
    </w:p>
    <w:p w14:paraId="75C762BD" w14:textId="77777777" w:rsidR="006A2DAB" w:rsidRPr="00C85D81" w:rsidRDefault="006A2DAB" w:rsidP="006A2DAB">
      <w:pPr>
        <w:pStyle w:val="Heading2"/>
      </w:pPr>
      <w:r w:rsidRPr="00C85D81">
        <w:t>Our notes</w:t>
      </w:r>
    </w:p>
    <w:p w14:paraId="7D23F673" w14:textId="77777777" w:rsidR="006A2DAB" w:rsidRPr="00C85D81" w:rsidRDefault="006A2DAB" w:rsidP="006A2DAB">
      <w:r w:rsidRPr="00C85D81">
        <w:t>______________________________________________________________</w:t>
      </w:r>
    </w:p>
    <w:p w14:paraId="67B29B7A" w14:textId="77777777" w:rsidR="006A2DAB" w:rsidRPr="00C85D81" w:rsidRDefault="006A2DAB" w:rsidP="006A2DAB">
      <w:r w:rsidRPr="00C85D81">
        <w:t>______________________________________________________________</w:t>
      </w:r>
    </w:p>
    <w:p w14:paraId="4A038158" w14:textId="77777777" w:rsidR="006A2DAB" w:rsidRPr="00C85D81" w:rsidRDefault="006A2DAB" w:rsidP="006A2DAB">
      <w:r w:rsidRPr="00C85D81">
        <w:t>______________________________________________________________</w:t>
      </w:r>
    </w:p>
    <w:p w14:paraId="0385E7A3" w14:textId="77777777" w:rsidR="006A2DAB" w:rsidRPr="00C85D81" w:rsidRDefault="006A2DAB" w:rsidP="006A2DAB">
      <w:r w:rsidRPr="00C85D81">
        <w:t>______________________________________________________________</w:t>
      </w:r>
    </w:p>
    <w:p w14:paraId="43140373" w14:textId="77777777" w:rsidR="006A2DAB" w:rsidRPr="00C85D81" w:rsidRDefault="006A2DAB" w:rsidP="006A2DAB">
      <w:pPr>
        <w:pStyle w:val="Heading2"/>
      </w:pPr>
      <w:r w:rsidRPr="00C85D81">
        <w:t>Brief implementation exercise</w:t>
      </w:r>
    </w:p>
    <w:p w14:paraId="71D52532" w14:textId="77777777" w:rsidR="006A2DAB" w:rsidRPr="00C85D81" w:rsidRDefault="006A2DAB" w:rsidP="006A2DAB">
      <w:r w:rsidRPr="00C85D81">
        <w:t>Take one recent example of practice and map it across the four parts of Kolb’s cycle. Notice which stage your team is strongest at and which needs more support.</w:t>
      </w:r>
    </w:p>
    <w:p w14:paraId="1900E7E0" w14:textId="77777777" w:rsidR="006A2DAB" w:rsidRPr="00C85D81" w:rsidRDefault="006A2DAB" w:rsidP="006A2DAB">
      <w:pPr>
        <w:pStyle w:val="Heading2"/>
      </w:pPr>
      <w:r w:rsidRPr="00C85D81">
        <w:t>What this means for us</w:t>
      </w:r>
    </w:p>
    <w:p w14:paraId="52CC47D4" w14:textId="77777777" w:rsidR="006A2DAB" w:rsidRPr="00C85D81" w:rsidRDefault="006A2DAB" w:rsidP="006A2DAB">
      <w:r w:rsidRPr="00C85D81">
        <w:t>______________________________________________________________</w:t>
      </w:r>
    </w:p>
    <w:p w14:paraId="01EC667D" w14:textId="77777777" w:rsidR="006A2DAB" w:rsidRPr="00C85D81" w:rsidRDefault="006A2DAB" w:rsidP="006A2DAB">
      <w:r w:rsidRPr="00C85D81">
        <w:t>______________________________________________________________</w:t>
      </w:r>
    </w:p>
    <w:p w14:paraId="65246E0C" w14:textId="77777777" w:rsidR="006A2DAB" w:rsidRPr="00C85D81" w:rsidRDefault="006A2DAB" w:rsidP="006A2DAB">
      <w:r w:rsidRPr="00C85D81">
        <w:t>______________________________________________________________</w:t>
      </w:r>
    </w:p>
    <w:p w14:paraId="419EBBBF" w14:textId="77777777" w:rsidR="006A2DAB" w:rsidRPr="00C85D81" w:rsidRDefault="006A2DAB" w:rsidP="006A2DAB">
      <w:pPr>
        <w:pStyle w:val="Heading2"/>
      </w:pPr>
      <w:r w:rsidRPr="00C85D81">
        <w:t>What we could test next</w:t>
      </w:r>
    </w:p>
    <w:p w14:paraId="019562C3" w14:textId="77777777" w:rsidR="006A2DAB" w:rsidRPr="00C85D81" w:rsidRDefault="006A2DAB" w:rsidP="006A2DAB">
      <w:r w:rsidRPr="00C85D81">
        <w:t>______________________________________________________________</w:t>
      </w:r>
    </w:p>
    <w:p w14:paraId="5AFA742E" w14:textId="77777777" w:rsidR="006A2DAB" w:rsidRPr="00C85D81" w:rsidRDefault="006A2DAB" w:rsidP="006A2DAB">
      <w:r w:rsidRPr="00C85D81">
        <w:t>______________________________________________________________</w:t>
      </w:r>
    </w:p>
    <w:p w14:paraId="55480265" w14:textId="77777777" w:rsidR="006A2DAB" w:rsidRPr="00C85D81" w:rsidRDefault="006A2DAB" w:rsidP="006A2DAB">
      <w:pPr>
        <w:pStyle w:val="Heading2"/>
      </w:pPr>
      <w:r w:rsidRPr="00C85D81">
        <w:t>Who needs to be involved</w:t>
      </w:r>
    </w:p>
    <w:p w14:paraId="4690C165" w14:textId="77777777" w:rsidR="006A2DAB" w:rsidRPr="00C85D81" w:rsidRDefault="006A2DAB" w:rsidP="006A2DAB">
      <w:r w:rsidRPr="00C85D81">
        <w:t>______________________________________________________________</w:t>
      </w:r>
    </w:p>
    <w:p w14:paraId="3A581E54" w14:textId="77777777" w:rsidR="006A2DAB" w:rsidRPr="00C85D81" w:rsidRDefault="006A2DAB" w:rsidP="006A2DAB">
      <w:r w:rsidRPr="00C85D81">
        <w:t>______________________________________________________________</w:t>
      </w:r>
    </w:p>
    <w:p w14:paraId="61903FCD" w14:textId="77777777" w:rsidR="006A2DAB" w:rsidRPr="00C85D81" w:rsidRDefault="006A2DAB" w:rsidP="006A2DAB">
      <w:r w:rsidRPr="00C85D81">
        <w:br w:type="page"/>
      </w:r>
    </w:p>
    <w:p w14:paraId="75EC79A8" w14:textId="77777777" w:rsidR="006A2DAB" w:rsidRPr="00C85D81" w:rsidRDefault="006A2DAB" w:rsidP="006A2DAB">
      <w:pPr>
        <w:pStyle w:val="Heading1"/>
      </w:pPr>
      <w:r w:rsidRPr="00C85D81">
        <w:lastRenderedPageBreak/>
        <w:t>Chapter 17.2. The Rumsfeld Matrix</w:t>
      </w:r>
    </w:p>
    <w:p w14:paraId="0C04083D" w14:textId="77777777" w:rsidR="006A2DAB" w:rsidRPr="00C85D81" w:rsidRDefault="006A2DAB" w:rsidP="006A2DAB">
      <w:pPr>
        <w:pStyle w:val="Heading2"/>
      </w:pPr>
      <w:r w:rsidRPr="00C85D81">
        <w:t>Reflection questions</w:t>
      </w:r>
    </w:p>
    <w:p w14:paraId="11BCB659" w14:textId="77777777" w:rsidR="006A2DAB" w:rsidRPr="00C85D81" w:rsidRDefault="006A2DAB" w:rsidP="006A2DAB">
      <w:pPr>
        <w:pStyle w:val="ListBullet"/>
        <w:tabs>
          <w:tab w:val="clear" w:pos="360"/>
          <w:tab w:val="num" w:pos="720"/>
        </w:tabs>
        <w:spacing w:after="200"/>
        <w:ind w:left="720"/>
      </w:pPr>
      <w:r w:rsidRPr="00C85D81">
        <w:t>What do we know for certain here?</w:t>
      </w:r>
    </w:p>
    <w:p w14:paraId="0FAC31ED" w14:textId="77777777" w:rsidR="006A2DAB" w:rsidRPr="00C85D81" w:rsidRDefault="006A2DAB" w:rsidP="006A2DAB">
      <w:pPr>
        <w:pStyle w:val="ListBullet"/>
        <w:tabs>
          <w:tab w:val="clear" w:pos="360"/>
          <w:tab w:val="num" w:pos="720"/>
        </w:tabs>
        <w:spacing w:after="200"/>
        <w:ind w:left="720"/>
      </w:pPr>
      <w:r w:rsidRPr="00C85D81">
        <w:t>What might we know without having said it clearly?</w:t>
      </w:r>
    </w:p>
    <w:p w14:paraId="5C041069" w14:textId="77777777" w:rsidR="006A2DAB" w:rsidRPr="00C85D81" w:rsidRDefault="006A2DAB" w:rsidP="006A2DAB">
      <w:pPr>
        <w:pStyle w:val="ListBullet"/>
        <w:tabs>
          <w:tab w:val="clear" w:pos="360"/>
          <w:tab w:val="num" w:pos="720"/>
        </w:tabs>
        <w:spacing w:after="200"/>
        <w:ind w:left="720"/>
      </w:pPr>
      <w:r w:rsidRPr="00C85D81">
        <w:t>What might we be missing entirely?</w:t>
      </w:r>
    </w:p>
    <w:p w14:paraId="22F678A5" w14:textId="77777777" w:rsidR="006A2DAB" w:rsidRPr="00C85D81" w:rsidRDefault="006A2DAB" w:rsidP="006A2DAB">
      <w:pPr>
        <w:pStyle w:val="Heading2"/>
      </w:pPr>
      <w:r w:rsidRPr="00C85D81">
        <w:t>Our notes</w:t>
      </w:r>
    </w:p>
    <w:p w14:paraId="647F0604" w14:textId="77777777" w:rsidR="006A2DAB" w:rsidRPr="00C85D81" w:rsidRDefault="006A2DAB" w:rsidP="006A2DAB">
      <w:r w:rsidRPr="00C85D81">
        <w:t>______________________________________________________________</w:t>
      </w:r>
    </w:p>
    <w:p w14:paraId="7816AA81" w14:textId="77777777" w:rsidR="006A2DAB" w:rsidRPr="00C85D81" w:rsidRDefault="006A2DAB" w:rsidP="006A2DAB">
      <w:r w:rsidRPr="00C85D81">
        <w:t>______________________________________________________________</w:t>
      </w:r>
    </w:p>
    <w:p w14:paraId="18981C03" w14:textId="77777777" w:rsidR="006A2DAB" w:rsidRPr="00C85D81" w:rsidRDefault="006A2DAB" w:rsidP="006A2DAB">
      <w:r w:rsidRPr="00C85D81">
        <w:t>______________________________________________________________</w:t>
      </w:r>
    </w:p>
    <w:p w14:paraId="1E777064" w14:textId="77777777" w:rsidR="006A2DAB" w:rsidRPr="00C85D81" w:rsidRDefault="006A2DAB" w:rsidP="006A2DAB">
      <w:r w:rsidRPr="00C85D81">
        <w:t>______________________________________________________________</w:t>
      </w:r>
    </w:p>
    <w:p w14:paraId="671F62E0" w14:textId="77777777" w:rsidR="006A2DAB" w:rsidRPr="00C85D81" w:rsidRDefault="006A2DAB" w:rsidP="006A2DAB">
      <w:pPr>
        <w:pStyle w:val="Heading2"/>
      </w:pPr>
      <w:r w:rsidRPr="00C85D81">
        <w:t>Brief implementation exercise</w:t>
      </w:r>
    </w:p>
    <w:p w14:paraId="3A210E35" w14:textId="77777777" w:rsidR="006A2DAB" w:rsidRPr="00C85D81" w:rsidRDefault="006A2DAB" w:rsidP="006A2DAB">
      <w:r w:rsidRPr="00C85D81">
        <w:t>Use the four quadrants with one case or one service issue. Note one new question that emerges from each quadrant.</w:t>
      </w:r>
    </w:p>
    <w:p w14:paraId="212AD123" w14:textId="77777777" w:rsidR="006A2DAB" w:rsidRPr="00C85D81" w:rsidRDefault="006A2DAB" w:rsidP="006A2DAB">
      <w:pPr>
        <w:pStyle w:val="Heading2"/>
      </w:pPr>
      <w:r w:rsidRPr="00C85D81">
        <w:t>What this means for us</w:t>
      </w:r>
    </w:p>
    <w:p w14:paraId="02A5E2F1" w14:textId="77777777" w:rsidR="006A2DAB" w:rsidRPr="00C85D81" w:rsidRDefault="006A2DAB" w:rsidP="006A2DAB">
      <w:r w:rsidRPr="00C85D81">
        <w:t>______________________________________________________________</w:t>
      </w:r>
    </w:p>
    <w:p w14:paraId="30FFE602" w14:textId="77777777" w:rsidR="006A2DAB" w:rsidRPr="00C85D81" w:rsidRDefault="006A2DAB" w:rsidP="006A2DAB">
      <w:r w:rsidRPr="00C85D81">
        <w:t>______________________________________________________________</w:t>
      </w:r>
    </w:p>
    <w:p w14:paraId="6427A5E1" w14:textId="77777777" w:rsidR="006A2DAB" w:rsidRPr="00C85D81" w:rsidRDefault="006A2DAB" w:rsidP="006A2DAB">
      <w:r w:rsidRPr="00C85D81">
        <w:t>______________________________________________________________</w:t>
      </w:r>
    </w:p>
    <w:p w14:paraId="6013A0B2" w14:textId="77777777" w:rsidR="006A2DAB" w:rsidRPr="00C85D81" w:rsidRDefault="006A2DAB" w:rsidP="006A2DAB">
      <w:pPr>
        <w:pStyle w:val="Heading2"/>
      </w:pPr>
      <w:r w:rsidRPr="00C85D81">
        <w:t>What we could test next</w:t>
      </w:r>
    </w:p>
    <w:p w14:paraId="6C08C572" w14:textId="77777777" w:rsidR="006A2DAB" w:rsidRPr="00C85D81" w:rsidRDefault="006A2DAB" w:rsidP="006A2DAB">
      <w:r w:rsidRPr="00C85D81">
        <w:t>______________________________________________________________</w:t>
      </w:r>
    </w:p>
    <w:p w14:paraId="278B9F20" w14:textId="77777777" w:rsidR="006A2DAB" w:rsidRPr="00C85D81" w:rsidRDefault="006A2DAB" w:rsidP="006A2DAB">
      <w:r w:rsidRPr="00C85D81">
        <w:t>______________________________________________________________</w:t>
      </w:r>
    </w:p>
    <w:p w14:paraId="32645A14" w14:textId="77777777" w:rsidR="006A2DAB" w:rsidRPr="00C85D81" w:rsidRDefault="006A2DAB" w:rsidP="006A2DAB">
      <w:pPr>
        <w:pStyle w:val="Heading2"/>
      </w:pPr>
      <w:r w:rsidRPr="00C85D81">
        <w:t>Who needs to be involved</w:t>
      </w:r>
    </w:p>
    <w:p w14:paraId="4EE087BB" w14:textId="77777777" w:rsidR="006A2DAB" w:rsidRPr="00C85D81" w:rsidRDefault="006A2DAB" w:rsidP="006A2DAB">
      <w:r w:rsidRPr="00C85D81">
        <w:t>______________________________________________________________</w:t>
      </w:r>
    </w:p>
    <w:p w14:paraId="16C4024E" w14:textId="77777777" w:rsidR="006A2DAB" w:rsidRPr="00C85D81" w:rsidRDefault="006A2DAB" w:rsidP="006A2DAB">
      <w:r w:rsidRPr="00C85D81">
        <w:t>______________________________________________________________</w:t>
      </w:r>
    </w:p>
    <w:p w14:paraId="789916FD" w14:textId="77777777" w:rsidR="006A2DAB" w:rsidRPr="00C85D81" w:rsidRDefault="006A2DAB" w:rsidP="006A2DAB">
      <w:r w:rsidRPr="00C85D81">
        <w:br w:type="page"/>
      </w:r>
    </w:p>
    <w:p w14:paraId="2413F201" w14:textId="77777777" w:rsidR="006A2DAB" w:rsidRPr="00C85D81" w:rsidRDefault="006A2DAB" w:rsidP="006A2DAB">
      <w:pPr>
        <w:pStyle w:val="Heading1"/>
      </w:pPr>
      <w:r w:rsidRPr="00C85D81">
        <w:lastRenderedPageBreak/>
        <w:t>Chapter 18. Network Meetings</w:t>
      </w:r>
    </w:p>
    <w:p w14:paraId="2C37E136" w14:textId="77777777" w:rsidR="006A2DAB" w:rsidRPr="00C85D81" w:rsidRDefault="006A2DAB" w:rsidP="006A2DAB">
      <w:pPr>
        <w:pStyle w:val="Heading2"/>
      </w:pPr>
      <w:r w:rsidRPr="00C85D81">
        <w:t>Reflection questions</w:t>
      </w:r>
    </w:p>
    <w:p w14:paraId="76C7AE14" w14:textId="77777777" w:rsidR="006A2DAB" w:rsidRPr="00C85D81" w:rsidRDefault="006A2DAB" w:rsidP="006A2DAB">
      <w:pPr>
        <w:pStyle w:val="ListBullet"/>
        <w:tabs>
          <w:tab w:val="clear" w:pos="360"/>
          <w:tab w:val="num" w:pos="720"/>
        </w:tabs>
        <w:spacing w:after="200"/>
        <w:ind w:left="720"/>
      </w:pPr>
      <w:r w:rsidRPr="00C85D81">
        <w:t>How do your current meetings differ from what CFN means by a network meeting?</w:t>
      </w:r>
    </w:p>
    <w:p w14:paraId="656E30D2" w14:textId="77777777" w:rsidR="006A2DAB" w:rsidRPr="00C85D81" w:rsidRDefault="006A2DAB" w:rsidP="006A2DAB">
      <w:pPr>
        <w:pStyle w:val="ListBullet"/>
        <w:tabs>
          <w:tab w:val="clear" w:pos="360"/>
          <w:tab w:val="num" w:pos="720"/>
        </w:tabs>
        <w:spacing w:after="200"/>
        <w:ind w:left="720"/>
      </w:pPr>
      <w:r w:rsidRPr="00C85D81">
        <w:t>Where could a shared narrative improve outcomes in your own service?</w:t>
      </w:r>
    </w:p>
    <w:p w14:paraId="4F53D65C" w14:textId="77777777" w:rsidR="006A2DAB" w:rsidRPr="00C85D81" w:rsidRDefault="006A2DAB" w:rsidP="006A2DAB">
      <w:pPr>
        <w:pStyle w:val="ListBullet"/>
        <w:tabs>
          <w:tab w:val="clear" w:pos="360"/>
          <w:tab w:val="num" w:pos="720"/>
        </w:tabs>
        <w:spacing w:after="200"/>
        <w:ind w:left="720"/>
      </w:pPr>
      <w:r w:rsidRPr="00C85D81">
        <w:t>Who needs to be in the room, and who simply needs to be informed?</w:t>
      </w:r>
    </w:p>
    <w:p w14:paraId="5E535ABE" w14:textId="77777777" w:rsidR="006A2DAB" w:rsidRPr="00C85D81" w:rsidRDefault="006A2DAB" w:rsidP="006A2DAB">
      <w:pPr>
        <w:pStyle w:val="Heading2"/>
      </w:pPr>
      <w:r w:rsidRPr="00C85D81">
        <w:t>Our notes</w:t>
      </w:r>
    </w:p>
    <w:p w14:paraId="3ECD0443" w14:textId="77777777" w:rsidR="006A2DAB" w:rsidRPr="00C85D81" w:rsidRDefault="006A2DAB" w:rsidP="006A2DAB">
      <w:r w:rsidRPr="00C85D81">
        <w:t>______________________________________________________________</w:t>
      </w:r>
    </w:p>
    <w:p w14:paraId="5A2964FE" w14:textId="77777777" w:rsidR="006A2DAB" w:rsidRPr="00C85D81" w:rsidRDefault="006A2DAB" w:rsidP="006A2DAB">
      <w:r w:rsidRPr="00C85D81">
        <w:t>______________________________________________________________</w:t>
      </w:r>
    </w:p>
    <w:p w14:paraId="01143846" w14:textId="77777777" w:rsidR="006A2DAB" w:rsidRPr="00C85D81" w:rsidRDefault="006A2DAB" w:rsidP="006A2DAB">
      <w:r w:rsidRPr="00C85D81">
        <w:t>______________________________________________________________</w:t>
      </w:r>
    </w:p>
    <w:p w14:paraId="7FBF7A4A" w14:textId="77777777" w:rsidR="006A2DAB" w:rsidRPr="00C85D81" w:rsidRDefault="006A2DAB" w:rsidP="006A2DAB">
      <w:r w:rsidRPr="00C85D81">
        <w:t>______________________________________________________________</w:t>
      </w:r>
    </w:p>
    <w:p w14:paraId="6FC3772C" w14:textId="77777777" w:rsidR="006A2DAB" w:rsidRPr="00C85D81" w:rsidRDefault="006A2DAB" w:rsidP="006A2DAB">
      <w:pPr>
        <w:pStyle w:val="Heading2"/>
      </w:pPr>
      <w:r w:rsidRPr="00C85D81">
        <w:t>Brief implementation exercise</w:t>
      </w:r>
    </w:p>
    <w:p w14:paraId="38BFB5F7" w14:textId="77777777" w:rsidR="006A2DAB" w:rsidRPr="00C85D81" w:rsidRDefault="006A2DAB" w:rsidP="006A2DAB">
      <w:r w:rsidRPr="00C85D81">
        <w:t>Choose one person with multiple professionals around them. Map the network, identify where actions may be working at cross purpose, and design a purpose-led network conversation.</w:t>
      </w:r>
    </w:p>
    <w:p w14:paraId="2DB49C9F" w14:textId="77777777" w:rsidR="006A2DAB" w:rsidRPr="00C85D81" w:rsidRDefault="006A2DAB" w:rsidP="006A2DAB">
      <w:pPr>
        <w:pStyle w:val="Heading2"/>
      </w:pPr>
      <w:r w:rsidRPr="00C85D81">
        <w:t>What this means for us</w:t>
      </w:r>
    </w:p>
    <w:p w14:paraId="04E95C14" w14:textId="77777777" w:rsidR="006A2DAB" w:rsidRPr="00C85D81" w:rsidRDefault="006A2DAB" w:rsidP="006A2DAB">
      <w:r w:rsidRPr="00C85D81">
        <w:t>______________________________________________________________</w:t>
      </w:r>
    </w:p>
    <w:p w14:paraId="077E165A" w14:textId="77777777" w:rsidR="006A2DAB" w:rsidRPr="00C85D81" w:rsidRDefault="006A2DAB" w:rsidP="006A2DAB">
      <w:r w:rsidRPr="00C85D81">
        <w:t>______________________________________________________________</w:t>
      </w:r>
    </w:p>
    <w:p w14:paraId="0B2C3F2F" w14:textId="77777777" w:rsidR="006A2DAB" w:rsidRPr="00C85D81" w:rsidRDefault="006A2DAB" w:rsidP="006A2DAB">
      <w:r w:rsidRPr="00C85D81">
        <w:t>______________________________________________________________</w:t>
      </w:r>
    </w:p>
    <w:p w14:paraId="3B80A24D" w14:textId="77777777" w:rsidR="006A2DAB" w:rsidRPr="00C85D81" w:rsidRDefault="006A2DAB" w:rsidP="006A2DAB">
      <w:pPr>
        <w:pStyle w:val="Heading2"/>
      </w:pPr>
      <w:r w:rsidRPr="00C85D81">
        <w:t>What we could test next</w:t>
      </w:r>
    </w:p>
    <w:p w14:paraId="50DF2E9A" w14:textId="77777777" w:rsidR="006A2DAB" w:rsidRPr="00C85D81" w:rsidRDefault="006A2DAB" w:rsidP="006A2DAB">
      <w:r w:rsidRPr="00C85D81">
        <w:t>______________________________________________________________</w:t>
      </w:r>
    </w:p>
    <w:p w14:paraId="1D0BA07D" w14:textId="77777777" w:rsidR="006A2DAB" w:rsidRPr="00C85D81" w:rsidRDefault="006A2DAB" w:rsidP="006A2DAB">
      <w:r w:rsidRPr="00C85D81">
        <w:t>______________________________________________________________</w:t>
      </w:r>
    </w:p>
    <w:p w14:paraId="6218AD61" w14:textId="77777777" w:rsidR="006A2DAB" w:rsidRPr="00C85D81" w:rsidRDefault="006A2DAB" w:rsidP="006A2DAB">
      <w:pPr>
        <w:pStyle w:val="Heading2"/>
      </w:pPr>
      <w:r w:rsidRPr="00C85D81">
        <w:t>Who needs to be involved</w:t>
      </w:r>
    </w:p>
    <w:p w14:paraId="67C05780" w14:textId="77777777" w:rsidR="006A2DAB" w:rsidRPr="00C85D81" w:rsidRDefault="006A2DAB" w:rsidP="006A2DAB">
      <w:r w:rsidRPr="00C85D81">
        <w:t>______________________________________________________________</w:t>
      </w:r>
    </w:p>
    <w:p w14:paraId="58E9AD9A" w14:textId="77777777" w:rsidR="006A2DAB" w:rsidRPr="00C85D81" w:rsidRDefault="006A2DAB" w:rsidP="006A2DAB">
      <w:r w:rsidRPr="00C85D81">
        <w:t>______________________________________________________________</w:t>
      </w:r>
    </w:p>
    <w:p w14:paraId="17B5E090" w14:textId="77777777" w:rsidR="006A2DAB" w:rsidRPr="00C85D81" w:rsidRDefault="006A2DAB" w:rsidP="006A2DAB">
      <w:r w:rsidRPr="00C85D81">
        <w:br w:type="page"/>
      </w:r>
    </w:p>
    <w:p w14:paraId="3774B234" w14:textId="77777777" w:rsidR="006A2DAB" w:rsidRPr="00C85D81" w:rsidRDefault="006A2DAB" w:rsidP="006A2DAB">
      <w:pPr>
        <w:pStyle w:val="Heading1"/>
      </w:pPr>
      <w:r w:rsidRPr="00C85D81">
        <w:lastRenderedPageBreak/>
        <w:t>Chapter 19. Closure</w:t>
      </w:r>
    </w:p>
    <w:p w14:paraId="12E55015" w14:textId="77777777" w:rsidR="006A2DAB" w:rsidRPr="00C85D81" w:rsidRDefault="006A2DAB" w:rsidP="006A2DAB">
      <w:pPr>
        <w:pStyle w:val="Heading2"/>
      </w:pPr>
      <w:r w:rsidRPr="00C85D81">
        <w:t>Reflection questions</w:t>
      </w:r>
    </w:p>
    <w:p w14:paraId="023DEB48" w14:textId="77777777" w:rsidR="006A2DAB" w:rsidRPr="00C85D81" w:rsidRDefault="006A2DAB" w:rsidP="006A2DAB">
      <w:pPr>
        <w:pStyle w:val="ListBullet"/>
        <w:tabs>
          <w:tab w:val="clear" w:pos="360"/>
          <w:tab w:val="num" w:pos="720"/>
        </w:tabs>
        <w:spacing w:after="200"/>
        <w:ind w:left="720"/>
      </w:pPr>
      <w:r w:rsidRPr="00C85D81">
        <w:t>How do people know when support is nearing an end in your service?</w:t>
      </w:r>
    </w:p>
    <w:p w14:paraId="1C77DEBC" w14:textId="77777777" w:rsidR="006A2DAB" w:rsidRPr="00C85D81" w:rsidRDefault="006A2DAB" w:rsidP="006A2DAB">
      <w:pPr>
        <w:pStyle w:val="ListBullet"/>
        <w:tabs>
          <w:tab w:val="clear" w:pos="360"/>
          <w:tab w:val="num" w:pos="720"/>
        </w:tabs>
        <w:spacing w:after="200"/>
        <w:ind w:left="720"/>
      </w:pPr>
      <w:r w:rsidRPr="00C85D81">
        <w:t>Where does helpful support become ongoing facilitation?</w:t>
      </w:r>
    </w:p>
    <w:p w14:paraId="3DA880E8" w14:textId="77777777" w:rsidR="006A2DAB" w:rsidRPr="00C85D81" w:rsidRDefault="006A2DAB" w:rsidP="006A2DAB">
      <w:pPr>
        <w:pStyle w:val="ListBullet"/>
        <w:tabs>
          <w:tab w:val="clear" w:pos="360"/>
          <w:tab w:val="num" w:pos="720"/>
        </w:tabs>
        <w:spacing w:after="200"/>
        <w:ind w:left="720"/>
      </w:pPr>
      <w:r w:rsidRPr="00C85D81">
        <w:t>What role can supervision play in noticing readiness for closure?</w:t>
      </w:r>
    </w:p>
    <w:p w14:paraId="04660E04" w14:textId="77777777" w:rsidR="006A2DAB" w:rsidRPr="00C85D81" w:rsidRDefault="006A2DAB" w:rsidP="006A2DAB">
      <w:pPr>
        <w:pStyle w:val="Heading2"/>
      </w:pPr>
      <w:r w:rsidRPr="00C85D81">
        <w:t>Our notes</w:t>
      </w:r>
    </w:p>
    <w:p w14:paraId="5A3458BD" w14:textId="77777777" w:rsidR="006A2DAB" w:rsidRPr="00C85D81" w:rsidRDefault="006A2DAB" w:rsidP="006A2DAB">
      <w:r w:rsidRPr="00C85D81">
        <w:t>______________________________________________________________</w:t>
      </w:r>
    </w:p>
    <w:p w14:paraId="253D27B9" w14:textId="77777777" w:rsidR="006A2DAB" w:rsidRPr="00C85D81" w:rsidRDefault="006A2DAB" w:rsidP="006A2DAB">
      <w:r w:rsidRPr="00C85D81">
        <w:t>______________________________________________________________</w:t>
      </w:r>
    </w:p>
    <w:p w14:paraId="3629AE9D" w14:textId="77777777" w:rsidR="006A2DAB" w:rsidRPr="00C85D81" w:rsidRDefault="006A2DAB" w:rsidP="006A2DAB">
      <w:r w:rsidRPr="00C85D81">
        <w:t>______________________________________________________________</w:t>
      </w:r>
    </w:p>
    <w:p w14:paraId="781C7EAB" w14:textId="77777777" w:rsidR="006A2DAB" w:rsidRPr="00C85D81" w:rsidRDefault="006A2DAB" w:rsidP="006A2DAB">
      <w:r w:rsidRPr="00C85D81">
        <w:t>______________________________________________________________</w:t>
      </w:r>
    </w:p>
    <w:p w14:paraId="78346AD1" w14:textId="77777777" w:rsidR="006A2DAB" w:rsidRPr="00C85D81" w:rsidRDefault="006A2DAB" w:rsidP="006A2DAB">
      <w:pPr>
        <w:pStyle w:val="Heading2"/>
      </w:pPr>
      <w:r w:rsidRPr="00C85D81">
        <w:t>Brief implementation exercise</w:t>
      </w:r>
    </w:p>
    <w:p w14:paraId="0DF2C825" w14:textId="77777777" w:rsidR="006A2DAB" w:rsidRPr="00C85D81" w:rsidRDefault="006A2DAB" w:rsidP="006A2DAB">
      <w:r w:rsidRPr="00C85D81">
        <w:t>Take one current piece of support and ask: what is the current purpose, is support still contributing to it, what signs suggest closure is approaching, and what would a good ending involve?</w:t>
      </w:r>
    </w:p>
    <w:p w14:paraId="35F4DC6E" w14:textId="77777777" w:rsidR="006A2DAB" w:rsidRPr="00C85D81" w:rsidRDefault="006A2DAB" w:rsidP="006A2DAB">
      <w:pPr>
        <w:pStyle w:val="Heading2"/>
      </w:pPr>
      <w:r w:rsidRPr="00C85D81">
        <w:t>What this means for us</w:t>
      </w:r>
    </w:p>
    <w:p w14:paraId="0DB92927" w14:textId="77777777" w:rsidR="006A2DAB" w:rsidRPr="00C85D81" w:rsidRDefault="006A2DAB" w:rsidP="006A2DAB">
      <w:r w:rsidRPr="00C85D81">
        <w:t>______________________________________________________________</w:t>
      </w:r>
    </w:p>
    <w:p w14:paraId="136C71B2" w14:textId="77777777" w:rsidR="006A2DAB" w:rsidRPr="00C85D81" w:rsidRDefault="006A2DAB" w:rsidP="006A2DAB">
      <w:r w:rsidRPr="00C85D81">
        <w:t>______________________________________________________________</w:t>
      </w:r>
    </w:p>
    <w:p w14:paraId="425279CE" w14:textId="77777777" w:rsidR="006A2DAB" w:rsidRPr="00C85D81" w:rsidRDefault="006A2DAB" w:rsidP="006A2DAB">
      <w:r w:rsidRPr="00C85D81">
        <w:t>______________________________________________________________</w:t>
      </w:r>
    </w:p>
    <w:p w14:paraId="711799E4" w14:textId="77777777" w:rsidR="006A2DAB" w:rsidRPr="00C85D81" w:rsidRDefault="006A2DAB" w:rsidP="006A2DAB">
      <w:pPr>
        <w:pStyle w:val="Heading2"/>
      </w:pPr>
      <w:r w:rsidRPr="00C85D81">
        <w:t>What we could test next</w:t>
      </w:r>
    </w:p>
    <w:p w14:paraId="3177B9AA" w14:textId="77777777" w:rsidR="006A2DAB" w:rsidRPr="00C85D81" w:rsidRDefault="006A2DAB" w:rsidP="006A2DAB">
      <w:r w:rsidRPr="00C85D81">
        <w:t>______________________________________________________________</w:t>
      </w:r>
    </w:p>
    <w:p w14:paraId="591A6FB8" w14:textId="77777777" w:rsidR="006A2DAB" w:rsidRPr="00C85D81" w:rsidRDefault="006A2DAB" w:rsidP="006A2DAB">
      <w:r w:rsidRPr="00C85D81">
        <w:t>______________________________________________________________</w:t>
      </w:r>
    </w:p>
    <w:p w14:paraId="663CD230" w14:textId="77777777" w:rsidR="006A2DAB" w:rsidRPr="00C85D81" w:rsidRDefault="006A2DAB" w:rsidP="006A2DAB">
      <w:pPr>
        <w:pStyle w:val="Heading2"/>
      </w:pPr>
      <w:r w:rsidRPr="00C85D81">
        <w:t>Who needs to be involved</w:t>
      </w:r>
    </w:p>
    <w:p w14:paraId="46586E4D" w14:textId="77777777" w:rsidR="006A2DAB" w:rsidRPr="00C85D81" w:rsidRDefault="006A2DAB" w:rsidP="006A2DAB">
      <w:r w:rsidRPr="00C85D81">
        <w:t>______________________________________________________________</w:t>
      </w:r>
    </w:p>
    <w:p w14:paraId="498C6B45" w14:textId="77777777" w:rsidR="006A2DAB" w:rsidRPr="00C85D81" w:rsidRDefault="006A2DAB" w:rsidP="006A2DAB">
      <w:r w:rsidRPr="00C85D81">
        <w:t>______________________________________________________________</w:t>
      </w:r>
    </w:p>
    <w:p w14:paraId="2AFC141A" w14:textId="77777777" w:rsidR="006A2DAB" w:rsidRPr="00C85D81" w:rsidRDefault="006A2DAB" w:rsidP="006A2DAB">
      <w:r w:rsidRPr="00C85D81">
        <w:br w:type="page"/>
      </w:r>
    </w:p>
    <w:p w14:paraId="239C01B7" w14:textId="77777777" w:rsidR="006A2DAB" w:rsidRPr="00C85D81" w:rsidRDefault="006A2DAB" w:rsidP="006A2DAB">
      <w:pPr>
        <w:pStyle w:val="Heading1"/>
      </w:pPr>
      <w:r w:rsidRPr="00C85D81">
        <w:lastRenderedPageBreak/>
        <w:t>Chapter 20. Welfare Fund</w:t>
      </w:r>
    </w:p>
    <w:p w14:paraId="32FA7BE9" w14:textId="77777777" w:rsidR="006A2DAB" w:rsidRPr="00C85D81" w:rsidRDefault="006A2DAB" w:rsidP="006A2DAB">
      <w:pPr>
        <w:pStyle w:val="Heading2"/>
      </w:pPr>
      <w:r w:rsidRPr="00C85D81">
        <w:t>Reflection questions</w:t>
      </w:r>
    </w:p>
    <w:p w14:paraId="4E70567C" w14:textId="77777777" w:rsidR="006A2DAB" w:rsidRPr="00C85D81" w:rsidRDefault="006A2DAB" w:rsidP="006A2DAB">
      <w:pPr>
        <w:pStyle w:val="ListBullet"/>
        <w:tabs>
          <w:tab w:val="clear" w:pos="360"/>
          <w:tab w:val="num" w:pos="720"/>
        </w:tabs>
        <w:spacing w:after="200"/>
        <w:ind w:left="720"/>
      </w:pPr>
      <w:r w:rsidRPr="00C85D81">
        <w:t>What practical barriers commonly get in the way in your service?</w:t>
      </w:r>
    </w:p>
    <w:p w14:paraId="46B2BFC5" w14:textId="77777777" w:rsidR="006A2DAB" w:rsidRPr="00C85D81" w:rsidRDefault="006A2DAB" w:rsidP="006A2DAB">
      <w:pPr>
        <w:pStyle w:val="ListBullet"/>
        <w:tabs>
          <w:tab w:val="clear" w:pos="360"/>
          <w:tab w:val="num" w:pos="720"/>
        </w:tabs>
        <w:spacing w:after="200"/>
        <w:ind w:left="720"/>
      </w:pPr>
      <w:r w:rsidRPr="00C85D81">
        <w:t>How do you currently decide whether flexible support is justified?</w:t>
      </w:r>
    </w:p>
    <w:p w14:paraId="5273B18C" w14:textId="77777777" w:rsidR="006A2DAB" w:rsidRPr="00C85D81" w:rsidRDefault="006A2DAB" w:rsidP="006A2DAB">
      <w:pPr>
        <w:pStyle w:val="ListBullet"/>
        <w:tabs>
          <w:tab w:val="clear" w:pos="360"/>
          <w:tab w:val="num" w:pos="720"/>
        </w:tabs>
        <w:spacing w:after="200"/>
        <w:ind w:left="720"/>
      </w:pPr>
      <w:r w:rsidRPr="00C85D81">
        <w:t>Where might kindness be slipping into unsustainable rescuing?</w:t>
      </w:r>
    </w:p>
    <w:p w14:paraId="3B6F1E8D" w14:textId="77777777" w:rsidR="006A2DAB" w:rsidRPr="00C85D81" w:rsidRDefault="006A2DAB" w:rsidP="006A2DAB">
      <w:pPr>
        <w:pStyle w:val="Heading2"/>
      </w:pPr>
      <w:r w:rsidRPr="00C85D81">
        <w:t>Our notes</w:t>
      </w:r>
    </w:p>
    <w:p w14:paraId="30F3E722" w14:textId="77777777" w:rsidR="006A2DAB" w:rsidRPr="00C85D81" w:rsidRDefault="006A2DAB" w:rsidP="006A2DAB">
      <w:r w:rsidRPr="00C85D81">
        <w:t>______________________________________________________________</w:t>
      </w:r>
    </w:p>
    <w:p w14:paraId="17F6CA03" w14:textId="77777777" w:rsidR="006A2DAB" w:rsidRPr="00C85D81" w:rsidRDefault="006A2DAB" w:rsidP="006A2DAB">
      <w:r w:rsidRPr="00C85D81">
        <w:t>______________________________________________________________</w:t>
      </w:r>
    </w:p>
    <w:p w14:paraId="71B09394" w14:textId="77777777" w:rsidR="006A2DAB" w:rsidRPr="00C85D81" w:rsidRDefault="006A2DAB" w:rsidP="006A2DAB">
      <w:r w:rsidRPr="00C85D81">
        <w:t>______________________________________________________________</w:t>
      </w:r>
    </w:p>
    <w:p w14:paraId="1E1A8157" w14:textId="77777777" w:rsidR="006A2DAB" w:rsidRPr="00C85D81" w:rsidRDefault="006A2DAB" w:rsidP="006A2DAB">
      <w:r w:rsidRPr="00C85D81">
        <w:t>______________________________________________________________</w:t>
      </w:r>
    </w:p>
    <w:p w14:paraId="79E0A1B8" w14:textId="77777777" w:rsidR="006A2DAB" w:rsidRPr="00C85D81" w:rsidRDefault="006A2DAB" w:rsidP="006A2DAB">
      <w:pPr>
        <w:pStyle w:val="Heading2"/>
      </w:pPr>
      <w:r w:rsidRPr="00C85D81">
        <w:t>Brief implementation exercise</w:t>
      </w:r>
    </w:p>
    <w:p w14:paraId="39A91C1C" w14:textId="77777777" w:rsidR="006A2DAB" w:rsidRPr="00C85D81" w:rsidRDefault="006A2DAB" w:rsidP="006A2DAB">
      <w:r w:rsidRPr="00C85D81">
        <w:t>Take one recent practical support decision and review it against a local version of PLANE. What helped, what felt unclear and what guidance does your team need?</w:t>
      </w:r>
    </w:p>
    <w:p w14:paraId="27A83936" w14:textId="77777777" w:rsidR="006A2DAB" w:rsidRPr="00C85D81" w:rsidRDefault="006A2DAB" w:rsidP="006A2DAB">
      <w:pPr>
        <w:pStyle w:val="Heading2"/>
      </w:pPr>
      <w:r w:rsidRPr="00C85D81">
        <w:t>What this means for us</w:t>
      </w:r>
    </w:p>
    <w:p w14:paraId="7BA79AB0" w14:textId="77777777" w:rsidR="006A2DAB" w:rsidRPr="00C85D81" w:rsidRDefault="006A2DAB" w:rsidP="006A2DAB">
      <w:r w:rsidRPr="00C85D81">
        <w:t>______________________________________________________________</w:t>
      </w:r>
    </w:p>
    <w:p w14:paraId="67E65C7A" w14:textId="77777777" w:rsidR="006A2DAB" w:rsidRPr="00C85D81" w:rsidRDefault="006A2DAB" w:rsidP="006A2DAB">
      <w:r w:rsidRPr="00C85D81">
        <w:t>______________________________________________________________</w:t>
      </w:r>
    </w:p>
    <w:p w14:paraId="0B76AEFB" w14:textId="77777777" w:rsidR="006A2DAB" w:rsidRPr="00C85D81" w:rsidRDefault="006A2DAB" w:rsidP="006A2DAB">
      <w:r w:rsidRPr="00C85D81">
        <w:t>______________________________________________________________</w:t>
      </w:r>
    </w:p>
    <w:p w14:paraId="632393EB" w14:textId="77777777" w:rsidR="006A2DAB" w:rsidRPr="00C85D81" w:rsidRDefault="006A2DAB" w:rsidP="006A2DAB">
      <w:pPr>
        <w:pStyle w:val="Heading2"/>
      </w:pPr>
      <w:r w:rsidRPr="00C85D81">
        <w:t>What we could test next</w:t>
      </w:r>
    </w:p>
    <w:p w14:paraId="66EE9C2C" w14:textId="77777777" w:rsidR="006A2DAB" w:rsidRPr="00C85D81" w:rsidRDefault="006A2DAB" w:rsidP="006A2DAB">
      <w:r w:rsidRPr="00C85D81">
        <w:t>______________________________________________________________</w:t>
      </w:r>
    </w:p>
    <w:p w14:paraId="6AEA4336" w14:textId="77777777" w:rsidR="006A2DAB" w:rsidRPr="00C85D81" w:rsidRDefault="006A2DAB" w:rsidP="006A2DAB">
      <w:r w:rsidRPr="00C85D81">
        <w:t>______________________________________________________________</w:t>
      </w:r>
    </w:p>
    <w:p w14:paraId="382158CB" w14:textId="77777777" w:rsidR="006A2DAB" w:rsidRPr="00C85D81" w:rsidRDefault="006A2DAB" w:rsidP="006A2DAB">
      <w:pPr>
        <w:pStyle w:val="Heading2"/>
      </w:pPr>
      <w:r w:rsidRPr="00C85D81">
        <w:t>Who needs to be involved</w:t>
      </w:r>
    </w:p>
    <w:p w14:paraId="7258260E" w14:textId="77777777" w:rsidR="006A2DAB" w:rsidRPr="00C85D81" w:rsidRDefault="006A2DAB" w:rsidP="006A2DAB">
      <w:r w:rsidRPr="00C85D81">
        <w:t>______________________________________________________________</w:t>
      </w:r>
    </w:p>
    <w:p w14:paraId="3AB8DDC6" w14:textId="77777777" w:rsidR="006A2DAB" w:rsidRPr="00C85D81" w:rsidRDefault="006A2DAB" w:rsidP="006A2DAB">
      <w:r w:rsidRPr="00C85D81">
        <w:t>______________________________________________________________</w:t>
      </w:r>
    </w:p>
    <w:p w14:paraId="6120C3FA" w14:textId="77777777" w:rsidR="006A2DAB" w:rsidRPr="00C85D81" w:rsidRDefault="006A2DAB" w:rsidP="006A2DAB">
      <w:r w:rsidRPr="00C85D81">
        <w:br w:type="page"/>
      </w:r>
    </w:p>
    <w:p w14:paraId="410B3FDD" w14:textId="77777777" w:rsidR="006A2DAB" w:rsidRPr="00C85D81" w:rsidRDefault="006A2DAB" w:rsidP="006A2DAB">
      <w:pPr>
        <w:pStyle w:val="Heading1"/>
      </w:pPr>
      <w:r w:rsidRPr="00C85D81">
        <w:lastRenderedPageBreak/>
        <w:t>Chapter 21. How we build relationships and support each other</w:t>
      </w:r>
    </w:p>
    <w:p w14:paraId="679DC64B" w14:textId="77777777" w:rsidR="006A2DAB" w:rsidRPr="00C85D81" w:rsidRDefault="006A2DAB" w:rsidP="006A2DAB">
      <w:pPr>
        <w:pStyle w:val="Heading2"/>
      </w:pPr>
      <w:r w:rsidRPr="00C85D81">
        <w:t>Reflection questions</w:t>
      </w:r>
    </w:p>
    <w:p w14:paraId="2ACD1040" w14:textId="77777777" w:rsidR="006A2DAB" w:rsidRPr="00C85D81" w:rsidRDefault="006A2DAB" w:rsidP="006A2DAB">
      <w:pPr>
        <w:pStyle w:val="ListBullet"/>
        <w:tabs>
          <w:tab w:val="clear" w:pos="360"/>
          <w:tab w:val="num" w:pos="720"/>
        </w:tabs>
        <w:spacing w:after="200"/>
        <w:ind w:left="720"/>
      </w:pPr>
      <w:r w:rsidRPr="00C85D81">
        <w:t>How relational is your team culture in practice?</w:t>
      </w:r>
    </w:p>
    <w:p w14:paraId="17F53B66" w14:textId="77777777" w:rsidR="006A2DAB" w:rsidRPr="00C85D81" w:rsidRDefault="006A2DAB" w:rsidP="006A2DAB">
      <w:pPr>
        <w:pStyle w:val="ListBullet"/>
        <w:tabs>
          <w:tab w:val="clear" w:pos="360"/>
          <w:tab w:val="num" w:pos="720"/>
        </w:tabs>
        <w:spacing w:after="200"/>
        <w:ind w:left="720"/>
      </w:pPr>
      <w:r w:rsidRPr="00C85D81">
        <w:t>What helps staff feel seen, supported and able to speak honestly?</w:t>
      </w:r>
    </w:p>
    <w:p w14:paraId="35F46ADB" w14:textId="77777777" w:rsidR="006A2DAB" w:rsidRPr="00C85D81" w:rsidRDefault="006A2DAB" w:rsidP="006A2DAB">
      <w:pPr>
        <w:pStyle w:val="ListBullet"/>
        <w:tabs>
          <w:tab w:val="clear" w:pos="360"/>
          <w:tab w:val="num" w:pos="720"/>
        </w:tabs>
        <w:spacing w:after="200"/>
        <w:ind w:left="720"/>
      </w:pPr>
      <w:r w:rsidRPr="00C85D81">
        <w:t>Where does your internal culture undermine your external intent?</w:t>
      </w:r>
    </w:p>
    <w:p w14:paraId="7CB4333D" w14:textId="77777777" w:rsidR="006A2DAB" w:rsidRPr="00C85D81" w:rsidRDefault="006A2DAB" w:rsidP="006A2DAB">
      <w:pPr>
        <w:pStyle w:val="Heading2"/>
      </w:pPr>
      <w:r w:rsidRPr="00C85D81">
        <w:t>Our notes</w:t>
      </w:r>
    </w:p>
    <w:p w14:paraId="281EA9A4" w14:textId="77777777" w:rsidR="006A2DAB" w:rsidRPr="00C85D81" w:rsidRDefault="006A2DAB" w:rsidP="006A2DAB">
      <w:r w:rsidRPr="00C85D81">
        <w:t>______________________________________________________________</w:t>
      </w:r>
    </w:p>
    <w:p w14:paraId="3B5EC36F" w14:textId="77777777" w:rsidR="006A2DAB" w:rsidRPr="00C85D81" w:rsidRDefault="006A2DAB" w:rsidP="006A2DAB">
      <w:r w:rsidRPr="00C85D81">
        <w:t>______________________________________________________________</w:t>
      </w:r>
    </w:p>
    <w:p w14:paraId="3D7C3E69" w14:textId="77777777" w:rsidR="006A2DAB" w:rsidRPr="00C85D81" w:rsidRDefault="006A2DAB" w:rsidP="006A2DAB">
      <w:r w:rsidRPr="00C85D81">
        <w:t>______________________________________________________________</w:t>
      </w:r>
    </w:p>
    <w:p w14:paraId="627307C0" w14:textId="77777777" w:rsidR="006A2DAB" w:rsidRPr="00C85D81" w:rsidRDefault="006A2DAB" w:rsidP="006A2DAB">
      <w:r w:rsidRPr="00C85D81">
        <w:t>______________________________________________________________</w:t>
      </w:r>
    </w:p>
    <w:p w14:paraId="71FD4722" w14:textId="77777777" w:rsidR="006A2DAB" w:rsidRPr="00C85D81" w:rsidRDefault="006A2DAB" w:rsidP="006A2DAB">
      <w:pPr>
        <w:pStyle w:val="Heading2"/>
      </w:pPr>
      <w:r w:rsidRPr="00C85D81">
        <w:t>Brief implementation exercise</w:t>
      </w:r>
    </w:p>
    <w:p w14:paraId="1C9EE342" w14:textId="77777777" w:rsidR="006A2DAB" w:rsidRPr="00C85D81" w:rsidRDefault="006A2DAB" w:rsidP="006A2DAB">
      <w:r w:rsidRPr="00C85D81">
        <w:t>Ask your team to name three things that help them do their best work together and three things that get in the way. Use the answers to identify one internal change to test.</w:t>
      </w:r>
    </w:p>
    <w:p w14:paraId="168110DA" w14:textId="77777777" w:rsidR="006A2DAB" w:rsidRPr="00C85D81" w:rsidRDefault="006A2DAB" w:rsidP="006A2DAB">
      <w:pPr>
        <w:pStyle w:val="Heading2"/>
      </w:pPr>
      <w:r w:rsidRPr="00C85D81">
        <w:t>What this means for us</w:t>
      </w:r>
    </w:p>
    <w:p w14:paraId="707045AC" w14:textId="77777777" w:rsidR="006A2DAB" w:rsidRPr="00C85D81" w:rsidRDefault="006A2DAB" w:rsidP="006A2DAB">
      <w:r w:rsidRPr="00C85D81">
        <w:t>______________________________________________________________</w:t>
      </w:r>
    </w:p>
    <w:p w14:paraId="1E2DC675" w14:textId="77777777" w:rsidR="006A2DAB" w:rsidRPr="00C85D81" w:rsidRDefault="006A2DAB" w:rsidP="006A2DAB">
      <w:r w:rsidRPr="00C85D81">
        <w:t>______________________________________________________________</w:t>
      </w:r>
    </w:p>
    <w:p w14:paraId="5D232A6E" w14:textId="77777777" w:rsidR="006A2DAB" w:rsidRPr="00C85D81" w:rsidRDefault="006A2DAB" w:rsidP="006A2DAB">
      <w:r w:rsidRPr="00C85D81">
        <w:t>______________________________________________________________</w:t>
      </w:r>
    </w:p>
    <w:p w14:paraId="291F9315" w14:textId="77777777" w:rsidR="006A2DAB" w:rsidRPr="00C85D81" w:rsidRDefault="006A2DAB" w:rsidP="006A2DAB">
      <w:pPr>
        <w:pStyle w:val="Heading2"/>
      </w:pPr>
      <w:r w:rsidRPr="00C85D81">
        <w:t>What we could test next</w:t>
      </w:r>
    </w:p>
    <w:p w14:paraId="3B5A4D4B" w14:textId="77777777" w:rsidR="006A2DAB" w:rsidRPr="00C85D81" w:rsidRDefault="006A2DAB" w:rsidP="006A2DAB">
      <w:r w:rsidRPr="00C85D81">
        <w:t>______________________________________________________________</w:t>
      </w:r>
    </w:p>
    <w:p w14:paraId="125406B9" w14:textId="77777777" w:rsidR="006A2DAB" w:rsidRPr="00C85D81" w:rsidRDefault="006A2DAB" w:rsidP="006A2DAB">
      <w:r w:rsidRPr="00C85D81">
        <w:t>______________________________________________________________</w:t>
      </w:r>
    </w:p>
    <w:p w14:paraId="3C929DD5" w14:textId="77777777" w:rsidR="006A2DAB" w:rsidRPr="00C85D81" w:rsidRDefault="006A2DAB" w:rsidP="006A2DAB">
      <w:pPr>
        <w:pStyle w:val="Heading2"/>
      </w:pPr>
      <w:r w:rsidRPr="00C85D81">
        <w:t>Who needs to be involved</w:t>
      </w:r>
    </w:p>
    <w:p w14:paraId="5FBDB7D0" w14:textId="77777777" w:rsidR="006A2DAB" w:rsidRPr="00C85D81" w:rsidRDefault="006A2DAB" w:rsidP="006A2DAB">
      <w:r w:rsidRPr="00C85D81">
        <w:t>______________________________________________________________</w:t>
      </w:r>
    </w:p>
    <w:p w14:paraId="0C4192B0" w14:textId="77777777" w:rsidR="006A2DAB" w:rsidRPr="0057105A" w:rsidRDefault="006A2DAB" w:rsidP="006A2DAB">
      <w:pPr>
        <w:rPr>
          <w:lang w:val="fr-FR"/>
        </w:rPr>
      </w:pPr>
      <w:r w:rsidRPr="0057105A">
        <w:rPr>
          <w:lang w:val="fr-FR"/>
        </w:rPr>
        <w:t>______________________________________________________________</w:t>
      </w:r>
    </w:p>
    <w:p w14:paraId="4AA52189" w14:textId="77777777" w:rsidR="006A2DAB" w:rsidRPr="0057105A" w:rsidRDefault="006A2DAB" w:rsidP="006A2DAB">
      <w:pPr>
        <w:rPr>
          <w:lang w:val="fr-FR"/>
        </w:rPr>
      </w:pPr>
      <w:r w:rsidRPr="0057105A">
        <w:rPr>
          <w:lang w:val="fr-FR"/>
        </w:rPr>
        <w:br w:type="page"/>
      </w:r>
    </w:p>
    <w:p w14:paraId="3C045611" w14:textId="77777777" w:rsidR="006A2DAB" w:rsidRPr="0057105A" w:rsidRDefault="006A2DAB" w:rsidP="006A2DAB">
      <w:pPr>
        <w:pStyle w:val="Heading1"/>
        <w:rPr>
          <w:lang w:val="fr-FR"/>
        </w:rPr>
      </w:pPr>
      <w:proofErr w:type="spellStart"/>
      <w:r w:rsidRPr="0057105A">
        <w:rPr>
          <w:lang w:val="fr-FR"/>
        </w:rPr>
        <w:lastRenderedPageBreak/>
        <w:t>Chapter</w:t>
      </w:r>
      <w:proofErr w:type="spellEnd"/>
      <w:r w:rsidRPr="0057105A">
        <w:rPr>
          <w:lang w:val="fr-FR"/>
        </w:rPr>
        <w:t xml:space="preserve"> 22. One-page profiles</w:t>
      </w:r>
    </w:p>
    <w:p w14:paraId="0D66A717" w14:textId="77777777" w:rsidR="006A2DAB" w:rsidRPr="0057105A" w:rsidRDefault="006A2DAB" w:rsidP="006A2DAB">
      <w:pPr>
        <w:pStyle w:val="Heading2"/>
        <w:rPr>
          <w:lang w:val="fr-FR"/>
        </w:rPr>
      </w:pPr>
      <w:proofErr w:type="spellStart"/>
      <w:r w:rsidRPr="0057105A">
        <w:rPr>
          <w:lang w:val="fr-FR"/>
        </w:rPr>
        <w:t>Reflection</w:t>
      </w:r>
      <w:proofErr w:type="spellEnd"/>
      <w:r w:rsidRPr="0057105A">
        <w:rPr>
          <w:lang w:val="fr-FR"/>
        </w:rPr>
        <w:t xml:space="preserve"> questions</w:t>
      </w:r>
    </w:p>
    <w:p w14:paraId="3624D9D3" w14:textId="77777777" w:rsidR="006A2DAB" w:rsidRPr="00C85D81" w:rsidRDefault="006A2DAB" w:rsidP="006A2DAB">
      <w:pPr>
        <w:pStyle w:val="ListBullet"/>
        <w:tabs>
          <w:tab w:val="clear" w:pos="360"/>
          <w:tab w:val="num" w:pos="720"/>
        </w:tabs>
        <w:spacing w:after="200"/>
        <w:ind w:left="720"/>
      </w:pPr>
      <w:r w:rsidRPr="00C85D81">
        <w:t>How well do colleagues in your team understand what matters to each other?</w:t>
      </w:r>
    </w:p>
    <w:p w14:paraId="3EC53D88" w14:textId="77777777" w:rsidR="006A2DAB" w:rsidRPr="00C85D81" w:rsidRDefault="006A2DAB" w:rsidP="006A2DAB">
      <w:pPr>
        <w:pStyle w:val="ListBullet"/>
        <w:tabs>
          <w:tab w:val="clear" w:pos="360"/>
          <w:tab w:val="num" w:pos="720"/>
        </w:tabs>
        <w:spacing w:after="200"/>
        <w:ind w:left="720"/>
      </w:pPr>
      <w:r w:rsidRPr="00C85D81">
        <w:t>What would help staff feel more seen and supported by one another?</w:t>
      </w:r>
    </w:p>
    <w:p w14:paraId="2FD667FE" w14:textId="77777777" w:rsidR="006A2DAB" w:rsidRPr="00C85D81" w:rsidRDefault="006A2DAB" w:rsidP="006A2DAB">
      <w:pPr>
        <w:pStyle w:val="ListBullet"/>
        <w:tabs>
          <w:tab w:val="clear" w:pos="360"/>
          <w:tab w:val="num" w:pos="720"/>
        </w:tabs>
        <w:spacing w:after="200"/>
        <w:ind w:left="720"/>
      </w:pPr>
      <w:r w:rsidRPr="00C85D81">
        <w:t>How might one-page profiles improve induction or team development?</w:t>
      </w:r>
    </w:p>
    <w:p w14:paraId="4F605017" w14:textId="77777777" w:rsidR="006A2DAB" w:rsidRPr="00C85D81" w:rsidRDefault="006A2DAB" w:rsidP="006A2DAB">
      <w:pPr>
        <w:pStyle w:val="Heading2"/>
      </w:pPr>
      <w:r w:rsidRPr="00C85D81">
        <w:t>Our notes</w:t>
      </w:r>
    </w:p>
    <w:p w14:paraId="3CED73DF" w14:textId="77777777" w:rsidR="006A2DAB" w:rsidRPr="00C85D81" w:rsidRDefault="006A2DAB" w:rsidP="006A2DAB">
      <w:r w:rsidRPr="00C85D81">
        <w:t>______________________________________________________________</w:t>
      </w:r>
    </w:p>
    <w:p w14:paraId="7C8312F7" w14:textId="77777777" w:rsidR="006A2DAB" w:rsidRPr="00C85D81" w:rsidRDefault="006A2DAB" w:rsidP="006A2DAB">
      <w:r w:rsidRPr="00C85D81">
        <w:t>______________________________________________________________</w:t>
      </w:r>
    </w:p>
    <w:p w14:paraId="4B7B8F95" w14:textId="77777777" w:rsidR="006A2DAB" w:rsidRPr="00C85D81" w:rsidRDefault="006A2DAB" w:rsidP="006A2DAB">
      <w:r w:rsidRPr="00C85D81">
        <w:t>______________________________________________________________</w:t>
      </w:r>
    </w:p>
    <w:p w14:paraId="5E4018B9" w14:textId="77777777" w:rsidR="006A2DAB" w:rsidRPr="00C85D81" w:rsidRDefault="006A2DAB" w:rsidP="006A2DAB">
      <w:r w:rsidRPr="00C85D81">
        <w:t>______________________________________________________________</w:t>
      </w:r>
    </w:p>
    <w:p w14:paraId="5C0169FD" w14:textId="77777777" w:rsidR="006A2DAB" w:rsidRPr="00C85D81" w:rsidRDefault="006A2DAB" w:rsidP="006A2DAB">
      <w:pPr>
        <w:pStyle w:val="Heading2"/>
      </w:pPr>
      <w:r w:rsidRPr="00C85D81">
        <w:t>Brief implementation exercise</w:t>
      </w:r>
    </w:p>
    <w:p w14:paraId="3D4C079F" w14:textId="77777777" w:rsidR="006A2DAB" w:rsidRPr="00C85D81" w:rsidRDefault="006A2DAB" w:rsidP="006A2DAB">
      <w:r w:rsidRPr="00C85D81">
        <w:t>Pilot a one-page profile with a small group. Ask afterwards: did this help us understand each other better, and what would make it more useful in day-to-day work?</w:t>
      </w:r>
    </w:p>
    <w:p w14:paraId="28CD2A24" w14:textId="77777777" w:rsidR="006A2DAB" w:rsidRPr="00C85D81" w:rsidRDefault="006A2DAB" w:rsidP="006A2DAB">
      <w:pPr>
        <w:pStyle w:val="Heading2"/>
      </w:pPr>
      <w:r w:rsidRPr="00C85D81">
        <w:t>What this means for us</w:t>
      </w:r>
    </w:p>
    <w:p w14:paraId="61D67693" w14:textId="77777777" w:rsidR="006A2DAB" w:rsidRPr="00C85D81" w:rsidRDefault="006A2DAB" w:rsidP="006A2DAB">
      <w:r w:rsidRPr="00C85D81">
        <w:t>______________________________________________________________</w:t>
      </w:r>
    </w:p>
    <w:p w14:paraId="7B8FDAE3" w14:textId="77777777" w:rsidR="006A2DAB" w:rsidRPr="00C85D81" w:rsidRDefault="006A2DAB" w:rsidP="006A2DAB">
      <w:r w:rsidRPr="00C85D81">
        <w:t>______________________________________________________________</w:t>
      </w:r>
    </w:p>
    <w:p w14:paraId="58CD2F79" w14:textId="77777777" w:rsidR="006A2DAB" w:rsidRPr="00C85D81" w:rsidRDefault="006A2DAB" w:rsidP="006A2DAB">
      <w:r w:rsidRPr="00C85D81">
        <w:t>______________________________________________________________</w:t>
      </w:r>
    </w:p>
    <w:p w14:paraId="52A31C48" w14:textId="77777777" w:rsidR="006A2DAB" w:rsidRPr="00C85D81" w:rsidRDefault="006A2DAB" w:rsidP="006A2DAB">
      <w:pPr>
        <w:pStyle w:val="Heading2"/>
      </w:pPr>
      <w:r w:rsidRPr="00C85D81">
        <w:t>What we could test next</w:t>
      </w:r>
    </w:p>
    <w:p w14:paraId="5680E280" w14:textId="77777777" w:rsidR="006A2DAB" w:rsidRPr="00C85D81" w:rsidRDefault="006A2DAB" w:rsidP="006A2DAB">
      <w:r w:rsidRPr="00C85D81">
        <w:t>______________________________________________________________</w:t>
      </w:r>
    </w:p>
    <w:p w14:paraId="297E3B5E" w14:textId="77777777" w:rsidR="006A2DAB" w:rsidRPr="00C85D81" w:rsidRDefault="006A2DAB" w:rsidP="006A2DAB">
      <w:r w:rsidRPr="00C85D81">
        <w:t>______________________________________________________________</w:t>
      </w:r>
    </w:p>
    <w:p w14:paraId="6AB84A15" w14:textId="77777777" w:rsidR="006A2DAB" w:rsidRPr="00C85D81" w:rsidRDefault="006A2DAB" w:rsidP="006A2DAB">
      <w:pPr>
        <w:pStyle w:val="Heading2"/>
      </w:pPr>
      <w:r w:rsidRPr="00C85D81">
        <w:t>Who needs to be involved</w:t>
      </w:r>
    </w:p>
    <w:p w14:paraId="3AFEE5AA" w14:textId="77777777" w:rsidR="006A2DAB" w:rsidRPr="00C85D81" w:rsidRDefault="006A2DAB" w:rsidP="006A2DAB">
      <w:r w:rsidRPr="00C85D81">
        <w:t>______________________________________________________________</w:t>
      </w:r>
    </w:p>
    <w:p w14:paraId="5FBD8306" w14:textId="77777777" w:rsidR="006A2DAB" w:rsidRPr="00C85D81" w:rsidRDefault="006A2DAB" w:rsidP="006A2DAB">
      <w:r w:rsidRPr="00C85D81">
        <w:t>______________________________________________________________</w:t>
      </w:r>
    </w:p>
    <w:p w14:paraId="045855F9" w14:textId="77777777" w:rsidR="006A2DAB" w:rsidRPr="00C85D81" w:rsidRDefault="006A2DAB" w:rsidP="006A2DAB">
      <w:r w:rsidRPr="00C85D81">
        <w:br w:type="page"/>
      </w:r>
    </w:p>
    <w:p w14:paraId="4BE6EE4C" w14:textId="77777777" w:rsidR="006A2DAB" w:rsidRPr="00C85D81" w:rsidRDefault="006A2DAB" w:rsidP="006A2DAB">
      <w:pPr>
        <w:pStyle w:val="Heading1"/>
      </w:pPr>
      <w:r w:rsidRPr="00C85D81">
        <w:lastRenderedPageBreak/>
        <w:t>Chapter 23. Team Agreements</w:t>
      </w:r>
    </w:p>
    <w:p w14:paraId="7550C654" w14:textId="77777777" w:rsidR="006A2DAB" w:rsidRPr="00C85D81" w:rsidRDefault="006A2DAB" w:rsidP="006A2DAB">
      <w:pPr>
        <w:pStyle w:val="Heading2"/>
      </w:pPr>
      <w:r w:rsidRPr="00C85D81">
        <w:t>Reflection questions</w:t>
      </w:r>
    </w:p>
    <w:p w14:paraId="36D573DC" w14:textId="77777777" w:rsidR="006A2DAB" w:rsidRPr="00C85D81" w:rsidRDefault="006A2DAB" w:rsidP="006A2DAB">
      <w:pPr>
        <w:pStyle w:val="ListBullet"/>
        <w:tabs>
          <w:tab w:val="clear" w:pos="360"/>
          <w:tab w:val="num" w:pos="720"/>
        </w:tabs>
        <w:spacing w:after="200"/>
        <w:ind w:left="720"/>
      </w:pPr>
      <w:r w:rsidRPr="00C85D81">
        <w:t>What assumptions about working together remain unspoken in your team?</w:t>
      </w:r>
    </w:p>
    <w:p w14:paraId="35CA95C4" w14:textId="77777777" w:rsidR="006A2DAB" w:rsidRPr="00C85D81" w:rsidRDefault="006A2DAB" w:rsidP="006A2DAB">
      <w:pPr>
        <w:pStyle w:val="ListBullet"/>
        <w:tabs>
          <w:tab w:val="clear" w:pos="360"/>
          <w:tab w:val="num" w:pos="720"/>
        </w:tabs>
        <w:spacing w:after="200"/>
        <w:ind w:left="720"/>
      </w:pPr>
      <w:r w:rsidRPr="00C85D81">
        <w:t>What would staff say they find hardest in team relationships?</w:t>
      </w:r>
    </w:p>
    <w:p w14:paraId="37E047AF" w14:textId="77777777" w:rsidR="006A2DAB" w:rsidRPr="00C85D81" w:rsidRDefault="006A2DAB" w:rsidP="006A2DAB">
      <w:pPr>
        <w:pStyle w:val="ListBullet"/>
        <w:tabs>
          <w:tab w:val="clear" w:pos="360"/>
          <w:tab w:val="num" w:pos="720"/>
        </w:tabs>
        <w:spacing w:after="200"/>
        <w:ind w:left="720"/>
      </w:pPr>
      <w:r w:rsidRPr="00C85D81">
        <w:t>How could co-created agreements support confidence and competence?</w:t>
      </w:r>
    </w:p>
    <w:p w14:paraId="322AE95B" w14:textId="77777777" w:rsidR="006A2DAB" w:rsidRPr="00C85D81" w:rsidRDefault="006A2DAB" w:rsidP="006A2DAB">
      <w:pPr>
        <w:pStyle w:val="Heading2"/>
      </w:pPr>
      <w:r w:rsidRPr="00C85D81">
        <w:t>Our notes</w:t>
      </w:r>
    </w:p>
    <w:p w14:paraId="3347074D" w14:textId="77777777" w:rsidR="006A2DAB" w:rsidRPr="00C85D81" w:rsidRDefault="006A2DAB" w:rsidP="006A2DAB">
      <w:r w:rsidRPr="00C85D81">
        <w:t>______________________________________________________________</w:t>
      </w:r>
    </w:p>
    <w:p w14:paraId="46EFD423" w14:textId="77777777" w:rsidR="006A2DAB" w:rsidRPr="00C85D81" w:rsidRDefault="006A2DAB" w:rsidP="006A2DAB">
      <w:r w:rsidRPr="00C85D81">
        <w:t>______________________________________________________________</w:t>
      </w:r>
    </w:p>
    <w:p w14:paraId="79AA2145" w14:textId="77777777" w:rsidR="006A2DAB" w:rsidRPr="00C85D81" w:rsidRDefault="006A2DAB" w:rsidP="006A2DAB">
      <w:r w:rsidRPr="00C85D81">
        <w:t>______________________________________________________________</w:t>
      </w:r>
    </w:p>
    <w:p w14:paraId="0ECB5D1D" w14:textId="77777777" w:rsidR="006A2DAB" w:rsidRPr="00C85D81" w:rsidRDefault="006A2DAB" w:rsidP="006A2DAB">
      <w:r w:rsidRPr="00C85D81">
        <w:t>______________________________________________________________</w:t>
      </w:r>
    </w:p>
    <w:p w14:paraId="2ABFDD8E" w14:textId="77777777" w:rsidR="006A2DAB" w:rsidRPr="00C85D81" w:rsidRDefault="006A2DAB" w:rsidP="006A2DAB">
      <w:pPr>
        <w:pStyle w:val="Heading2"/>
      </w:pPr>
      <w:r w:rsidRPr="00C85D81">
        <w:t>Brief implementation exercise</w:t>
      </w:r>
    </w:p>
    <w:p w14:paraId="1DA35705" w14:textId="77777777" w:rsidR="006A2DAB" w:rsidRPr="00C85D81" w:rsidRDefault="006A2DAB" w:rsidP="006A2DAB">
      <w:r w:rsidRPr="00C85D81">
        <w:t>Run a short workshop asking: what do we need from each other to do this work well, what gets in the way, and what five commitments should shape how we work?</w:t>
      </w:r>
    </w:p>
    <w:p w14:paraId="1E4E2AC4" w14:textId="77777777" w:rsidR="006A2DAB" w:rsidRPr="00C85D81" w:rsidRDefault="006A2DAB" w:rsidP="006A2DAB">
      <w:pPr>
        <w:pStyle w:val="Heading2"/>
      </w:pPr>
      <w:r w:rsidRPr="00C85D81">
        <w:t>What this means for us</w:t>
      </w:r>
    </w:p>
    <w:p w14:paraId="37CB73C6" w14:textId="77777777" w:rsidR="006A2DAB" w:rsidRPr="00C85D81" w:rsidRDefault="006A2DAB" w:rsidP="006A2DAB">
      <w:r w:rsidRPr="00C85D81">
        <w:t>______________________________________________________________</w:t>
      </w:r>
    </w:p>
    <w:p w14:paraId="13255337" w14:textId="77777777" w:rsidR="006A2DAB" w:rsidRPr="00C85D81" w:rsidRDefault="006A2DAB" w:rsidP="006A2DAB">
      <w:r w:rsidRPr="00C85D81">
        <w:t>______________________________________________________________</w:t>
      </w:r>
    </w:p>
    <w:p w14:paraId="19F6281E" w14:textId="77777777" w:rsidR="006A2DAB" w:rsidRPr="00C85D81" w:rsidRDefault="006A2DAB" w:rsidP="006A2DAB">
      <w:r w:rsidRPr="00C85D81">
        <w:t>______________________________________________________________</w:t>
      </w:r>
    </w:p>
    <w:p w14:paraId="136DD726" w14:textId="77777777" w:rsidR="006A2DAB" w:rsidRPr="00C85D81" w:rsidRDefault="006A2DAB" w:rsidP="006A2DAB">
      <w:pPr>
        <w:pStyle w:val="Heading2"/>
      </w:pPr>
      <w:r w:rsidRPr="00C85D81">
        <w:t>What we could test next</w:t>
      </w:r>
    </w:p>
    <w:p w14:paraId="77E394E2" w14:textId="77777777" w:rsidR="006A2DAB" w:rsidRPr="00C85D81" w:rsidRDefault="006A2DAB" w:rsidP="006A2DAB">
      <w:r w:rsidRPr="00C85D81">
        <w:t>______________________________________________________________</w:t>
      </w:r>
    </w:p>
    <w:p w14:paraId="70D39843" w14:textId="77777777" w:rsidR="006A2DAB" w:rsidRPr="00C85D81" w:rsidRDefault="006A2DAB" w:rsidP="006A2DAB">
      <w:r w:rsidRPr="00C85D81">
        <w:t>______________________________________________________________</w:t>
      </w:r>
    </w:p>
    <w:p w14:paraId="00852D6B" w14:textId="77777777" w:rsidR="006A2DAB" w:rsidRPr="00C85D81" w:rsidRDefault="006A2DAB" w:rsidP="006A2DAB">
      <w:pPr>
        <w:pStyle w:val="Heading2"/>
      </w:pPr>
      <w:r w:rsidRPr="00C85D81">
        <w:t>Who needs to be involved</w:t>
      </w:r>
    </w:p>
    <w:p w14:paraId="102C04B7" w14:textId="77777777" w:rsidR="006A2DAB" w:rsidRPr="00C85D81" w:rsidRDefault="006A2DAB" w:rsidP="006A2DAB">
      <w:r w:rsidRPr="00C85D81">
        <w:t>______________________________________________________________</w:t>
      </w:r>
    </w:p>
    <w:p w14:paraId="03BDA5B8" w14:textId="77777777" w:rsidR="006A2DAB" w:rsidRPr="00C85D81" w:rsidRDefault="006A2DAB" w:rsidP="006A2DAB">
      <w:r w:rsidRPr="00C85D81">
        <w:t>______________________________________________________________</w:t>
      </w:r>
    </w:p>
    <w:p w14:paraId="1D8B3C88" w14:textId="77777777" w:rsidR="006A2DAB" w:rsidRPr="00C85D81" w:rsidRDefault="006A2DAB" w:rsidP="006A2DAB">
      <w:r w:rsidRPr="00C85D81">
        <w:br w:type="page"/>
      </w:r>
    </w:p>
    <w:p w14:paraId="019DDD7A" w14:textId="77777777" w:rsidR="006A2DAB" w:rsidRPr="00C85D81" w:rsidRDefault="006A2DAB" w:rsidP="006A2DAB">
      <w:pPr>
        <w:pStyle w:val="Heading1"/>
      </w:pPr>
      <w:r w:rsidRPr="00C85D81">
        <w:lastRenderedPageBreak/>
        <w:t>Chapter 24. One-to-ones and Confirmation Practices</w:t>
      </w:r>
    </w:p>
    <w:p w14:paraId="204645A9" w14:textId="77777777" w:rsidR="006A2DAB" w:rsidRPr="00C85D81" w:rsidRDefault="006A2DAB" w:rsidP="006A2DAB">
      <w:pPr>
        <w:pStyle w:val="Heading2"/>
      </w:pPr>
      <w:r w:rsidRPr="00C85D81">
        <w:t>Reflection questions</w:t>
      </w:r>
    </w:p>
    <w:p w14:paraId="42EB264C" w14:textId="77777777" w:rsidR="006A2DAB" w:rsidRPr="00C85D81" w:rsidRDefault="006A2DAB" w:rsidP="006A2DAB">
      <w:pPr>
        <w:pStyle w:val="ListBullet"/>
        <w:tabs>
          <w:tab w:val="clear" w:pos="360"/>
          <w:tab w:val="num" w:pos="720"/>
        </w:tabs>
        <w:spacing w:after="200"/>
        <w:ind w:left="720"/>
      </w:pPr>
      <w:r w:rsidRPr="00C85D81">
        <w:t>What is the current purpose of your one-to-ones?</w:t>
      </w:r>
    </w:p>
    <w:p w14:paraId="5228FA4A" w14:textId="77777777" w:rsidR="006A2DAB" w:rsidRPr="00C85D81" w:rsidRDefault="006A2DAB" w:rsidP="006A2DAB">
      <w:pPr>
        <w:pStyle w:val="ListBullet"/>
        <w:tabs>
          <w:tab w:val="clear" w:pos="360"/>
          <w:tab w:val="num" w:pos="720"/>
        </w:tabs>
        <w:spacing w:after="200"/>
        <w:ind w:left="720"/>
      </w:pPr>
      <w:r w:rsidRPr="00C85D81">
        <w:t>How do staff account for how they are living the role, not just completing tasks?</w:t>
      </w:r>
    </w:p>
    <w:p w14:paraId="0916CA12" w14:textId="77777777" w:rsidR="006A2DAB" w:rsidRPr="00C85D81" w:rsidRDefault="006A2DAB" w:rsidP="006A2DAB">
      <w:pPr>
        <w:pStyle w:val="ListBullet"/>
        <w:tabs>
          <w:tab w:val="clear" w:pos="360"/>
          <w:tab w:val="num" w:pos="720"/>
        </w:tabs>
        <w:spacing w:after="200"/>
        <w:ind w:left="720"/>
      </w:pPr>
      <w:r w:rsidRPr="00C85D81">
        <w:t>What would make one-to-ones more developmental and more transparent?</w:t>
      </w:r>
    </w:p>
    <w:p w14:paraId="4A52B834" w14:textId="77777777" w:rsidR="006A2DAB" w:rsidRPr="00C85D81" w:rsidRDefault="006A2DAB" w:rsidP="006A2DAB">
      <w:pPr>
        <w:pStyle w:val="Heading2"/>
      </w:pPr>
      <w:r w:rsidRPr="00C85D81">
        <w:t>Our notes</w:t>
      </w:r>
    </w:p>
    <w:p w14:paraId="62718E69" w14:textId="77777777" w:rsidR="006A2DAB" w:rsidRPr="00C85D81" w:rsidRDefault="006A2DAB" w:rsidP="006A2DAB">
      <w:r w:rsidRPr="00C85D81">
        <w:t>______________________________________________________________</w:t>
      </w:r>
    </w:p>
    <w:p w14:paraId="39714516" w14:textId="77777777" w:rsidR="006A2DAB" w:rsidRPr="00C85D81" w:rsidRDefault="006A2DAB" w:rsidP="006A2DAB">
      <w:r w:rsidRPr="00C85D81">
        <w:t>______________________________________________________________</w:t>
      </w:r>
    </w:p>
    <w:p w14:paraId="497428E5" w14:textId="77777777" w:rsidR="006A2DAB" w:rsidRPr="00C85D81" w:rsidRDefault="006A2DAB" w:rsidP="006A2DAB">
      <w:r w:rsidRPr="00C85D81">
        <w:t>______________________________________________________________</w:t>
      </w:r>
    </w:p>
    <w:p w14:paraId="0851B31C" w14:textId="77777777" w:rsidR="006A2DAB" w:rsidRPr="00C85D81" w:rsidRDefault="006A2DAB" w:rsidP="006A2DAB">
      <w:r w:rsidRPr="00C85D81">
        <w:t>______________________________________________________________</w:t>
      </w:r>
    </w:p>
    <w:p w14:paraId="4150EB73" w14:textId="77777777" w:rsidR="006A2DAB" w:rsidRPr="00C85D81" w:rsidRDefault="006A2DAB" w:rsidP="006A2DAB">
      <w:pPr>
        <w:pStyle w:val="Heading2"/>
      </w:pPr>
      <w:r w:rsidRPr="00C85D81">
        <w:t>Brief implementation exercise</w:t>
      </w:r>
    </w:p>
    <w:p w14:paraId="5865700B" w14:textId="77777777" w:rsidR="006A2DAB" w:rsidRPr="00C85D81" w:rsidRDefault="006A2DAB" w:rsidP="006A2DAB">
      <w:r w:rsidRPr="00C85D81">
        <w:t>Pilot a simple confirmation practice in one-to-ones for one month. Ask staff to choose one area they want to strengthen and one type of support they need, then review what difference it makes.</w:t>
      </w:r>
    </w:p>
    <w:p w14:paraId="46884AF6" w14:textId="77777777" w:rsidR="006A2DAB" w:rsidRPr="00C85D81" w:rsidRDefault="006A2DAB" w:rsidP="006A2DAB">
      <w:pPr>
        <w:pStyle w:val="Heading2"/>
      </w:pPr>
      <w:r w:rsidRPr="00C85D81">
        <w:t>What this means for us</w:t>
      </w:r>
    </w:p>
    <w:p w14:paraId="75B08798" w14:textId="77777777" w:rsidR="006A2DAB" w:rsidRPr="00C85D81" w:rsidRDefault="006A2DAB" w:rsidP="006A2DAB">
      <w:r w:rsidRPr="00C85D81">
        <w:t>______________________________________________________________</w:t>
      </w:r>
    </w:p>
    <w:p w14:paraId="104ED652" w14:textId="77777777" w:rsidR="006A2DAB" w:rsidRPr="00C85D81" w:rsidRDefault="006A2DAB" w:rsidP="006A2DAB">
      <w:r w:rsidRPr="00C85D81">
        <w:t>______________________________________________________________</w:t>
      </w:r>
    </w:p>
    <w:p w14:paraId="3B80C442" w14:textId="77777777" w:rsidR="006A2DAB" w:rsidRPr="00C85D81" w:rsidRDefault="006A2DAB" w:rsidP="006A2DAB">
      <w:r w:rsidRPr="00C85D81">
        <w:t>______________________________________________________________</w:t>
      </w:r>
    </w:p>
    <w:p w14:paraId="55F5E1DB" w14:textId="77777777" w:rsidR="006A2DAB" w:rsidRPr="00C85D81" w:rsidRDefault="006A2DAB" w:rsidP="006A2DAB">
      <w:pPr>
        <w:pStyle w:val="Heading2"/>
      </w:pPr>
      <w:r w:rsidRPr="00C85D81">
        <w:t>What we could test next</w:t>
      </w:r>
    </w:p>
    <w:p w14:paraId="54E66C25" w14:textId="77777777" w:rsidR="006A2DAB" w:rsidRPr="00C85D81" w:rsidRDefault="006A2DAB" w:rsidP="006A2DAB">
      <w:r w:rsidRPr="00C85D81">
        <w:t>______________________________________________________________</w:t>
      </w:r>
    </w:p>
    <w:p w14:paraId="26CF9C43" w14:textId="77777777" w:rsidR="006A2DAB" w:rsidRPr="00C85D81" w:rsidRDefault="006A2DAB" w:rsidP="006A2DAB">
      <w:r w:rsidRPr="00C85D81">
        <w:t>______________________________________________________________</w:t>
      </w:r>
    </w:p>
    <w:p w14:paraId="05AA817F" w14:textId="77777777" w:rsidR="006A2DAB" w:rsidRPr="00C85D81" w:rsidRDefault="006A2DAB" w:rsidP="006A2DAB">
      <w:pPr>
        <w:pStyle w:val="Heading2"/>
      </w:pPr>
      <w:r w:rsidRPr="00C85D81">
        <w:t>Who needs to be involved</w:t>
      </w:r>
    </w:p>
    <w:p w14:paraId="79369FBA" w14:textId="77777777" w:rsidR="006A2DAB" w:rsidRPr="00C85D81" w:rsidRDefault="006A2DAB" w:rsidP="006A2DAB">
      <w:r w:rsidRPr="00C85D81">
        <w:t>______________________________________________________________</w:t>
      </w:r>
    </w:p>
    <w:p w14:paraId="3F9AA46C" w14:textId="77777777" w:rsidR="006A2DAB" w:rsidRPr="00C85D81" w:rsidRDefault="006A2DAB" w:rsidP="006A2DAB">
      <w:r w:rsidRPr="00C85D81">
        <w:t>______________________________________________________________</w:t>
      </w:r>
    </w:p>
    <w:p w14:paraId="2AA294D5" w14:textId="77777777" w:rsidR="006A2DAB" w:rsidRPr="00C85D81" w:rsidRDefault="006A2DAB" w:rsidP="006A2DAB">
      <w:r w:rsidRPr="00C85D81">
        <w:br w:type="page"/>
      </w:r>
    </w:p>
    <w:p w14:paraId="3A3481CD" w14:textId="77777777" w:rsidR="006A2DAB" w:rsidRPr="00C85D81" w:rsidRDefault="006A2DAB" w:rsidP="006A2DAB">
      <w:pPr>
        <w:pStyle w:val="Heading1"/>
      </w:pPr>
      <w:r w:rsidRPr="00C85D81">
        <w:lastRenderedPageBreak/>
        <w:t>Chapter 25. Group Supervision</w:t>
      </w:r>
    </w:p>
    <w:p w14:paraId="0B6467D3" w14:textId="77777777" w:rsidR="006A2DAB" w:rsidRPr="00C85D81" w:rsidRDefault="006A2DAB" w:rsidP="006A2DAB">
      <w:pPr>
        <w:pStyle w:val="Heading2"/>
      </w:pPr>
      <w:r w:rsidRPr="00C85D81">
        <w:t>Reflection questions</w:t>
      </w:r>
    </w:p>
    <w:p w14:paraId="25EFAEAB" w14:textId="77777777" w:rsidR="006A2DAB" w:rsidRPr="00C85D81" w:rsidRDefault="006A2DAB" w:rsidP="006A2DAB">
      <w:pPr>
        <w:pStyle w:val="ListBullet"/>
        <w:tabs>
          <w:tab w:val="clear" w:pos="360"/>
          <w:tab w:val="num" w:pos="720"/>
        </w:tabs>
        <w:spacing w:after="200"/>
        <w:ind w:left="720"/>
      </w:pPr>
      <w:r w:rsidRPr="00C85D81">
        <w:t>What is the real purpose of your current supervision spaces?</w:t>
      </w:r>
    </w:p>
    <w:p w14:paraId="770CA59E" w14:textId="77777777" w:rsidR="006A2DAB" w:rsidRPr="00C85D81" w:rsidRDefault="006A2DAB" w:rsidP="006A2DAB">
      <w:pPr>
        <w:pStyle w:val="ListBullet"/>
        <w:tabs>
          <w:tab w:val="clear" w:pos="360"/>
          <w:tab w:val="num" w:pos="720"/>
        </w:tabs>
        <w:spacing w:after="200"/>
        <w:ind w:left="720"/>
      </w:pPr>
      <w:r w:rsidRPr="00C85D81">
        <w:t>How often do peers reflect with each other rather than advise each other?</w:t>
      </w:r>
    </w:p>
    <w:p w14:paraId="3B3A93E3" w14:textId="77777777" w:rsidR="006A2DAB" w:rsidRPr="00C85D81" w:rsidRDefault="006A2DAB" w:rsidP="006A2DAB">
      <w:pPr>
        <w:pStyle w:val="ListBullet"/>
        <w:tabs>
          <w:tab w:val="clear" w:pos="360"/>
          <w:tab w:val="num" w:pos="720"/>
        </w:tabs>
        <w:spacing w:after="200"/>
        <w:ind w:left="720"/>
      </w:pPr>
      <w:r w:rsidRPr="00C85D81">
        <w:t>What would make supervision feel safer and more useful?</w:t>
      </w:r>
    </w:p>
    <w:p w14:paraId="51483E1C" w14:textId="77777777" w:rsidR="006A2DAB" w:rsidRPr="00C85D81" w:rsidRDefault="006A2DAB" w:rsidP="006A2DAB">
      <w:pPr>
        <w:pStyle w:val="Heading2"/>
      </w:pPr>
      <w:r w:rsidRPr="00C85D81">
        <w:t>Our notes</w:t>
      </w:r>
    </w:p>
    <w:p w14:paraId="5B839F6C" w14:textId="77777777" w:rsidR="006A2DAB" w:rsidRPr="00C85D81" w:rsidRDefault="006A2DAB" w:rsidP="006A2DAB">
      <w:r w:rsidRPr="00C85D81">
        <w:t>______________________________________________________________</w:t>
      </w:r>
    </w:p>
    <w:p w14:paraId="6387D79C" w14:textId="77777777" w:rsidR="006A2DAB" w:rsidRPr="00C85D81" w:rsidRDefault="006A2DAB" w:rsidP="006A2DAB">
      <w:r w:rsidRPr="00C85D81">
        <w:t>______________________________________________________________</w:t>
      </w:r>
    </w:p>
    <w:p w14:paraId="6D6772A8" w14:textId="77777777" w:rsidR="006A2DAB" w:rsidRPr="00C85D81" w:rsidRDefault="006A2DAB" w:rsidP="006A2DAB">
      <w:r w:rsidRPr="00C85D81">
        <w:t>______________________________________________________________</w:t>
      </w:r>
    </w:p>
    <w:p w14:paraId="34A681F4" w14:textId="77777777" w:rsidR="006A2DAB" w:rsidRPr="00C85D81" w:rsidRDefault="006A2DAB" w:rsidP="006A2DAB">
      <w:r w:rsidRPr="00C85D81">
        <w:t>______________________________________________________________</w:t>
      </w:r>
    </w:p>
    <w:p w14:paraId="72D44F45" w14:textId="77777777" w:rsidR="006A2DAB" w:rsidRPr="00C85D81" w:rsidRDefault="006A2DAB" w:rsidP="006A2DAB">
      <w:pPr>
        <w:pStyle w:val="Heading2"/>
      </w:pPr>
      <w:r w:rsidRPr="00C85D81">
        <w:t>Brief implementation exercise</w:t>
      </w:r>
    </w:p>
    <w:p w14:paraId="55F1FDE8" w14:textId="77777777" w:rsidR="006A2DAB" w:rsidRPr="00C85D81" w:rsidRDefault="006A2DAB" w:rsidP="006A2DAB">
      <w:r w:rsidRPr="00C85D81">
        <w:t>Review your current group supervision against four questions: does it create reflection, supportive challenge, shared learning and emotional containment? Identify one change to test next month.</w:t>
      </w:r>
    </w:p>
    <w:p w14:paraId="3FA6803A" w14:textId="77777777" w:rsidR="006A2DAB" w:rsidRPr="00C85D81" w:rsidRDefault="006A2DAB" w:rsidP="006A2DAB">
      <w:pPr>
        <w:pStyle w:val="Heading2"/>
      </w:pPr>
      <w:r w:rsidRPr="00C85D81">
        <w:t>What this means for us</w:t>
      </w:r>
    </w:p>
    <w:p w14:paraId="71920DD4" w14:textId="77777777" w:rsidR="006A2DAB" w:rsidRPr="00C85D81" w:rsidRDefault="006A2DAB" w:rsidP="006A2DAB">
      <w:r w:rsidRPr="00C85D81">
        <w:t>______________________________________________________________</w:t>
      </w:r>
    </w:p>
    <w:p w14:paraId="0B297947" w14:textId="27995ED1" w:rsidR="006A2DAB" w:rsidRPr="00C85D81" w:rsidRDefault="006A2DAB" w:rsidP="006A2DAB">
      <w:r w:rsidRPr="00C85D81">
        <w:t>______________________________________________________________</w:t>
      </w:r>
      <w:r w:rsidR="00C4402B">
        <w:t xml:space="preserve">       </w:t>
      </w:r>
    </w:p>
    <w:p w14:paraId="511E44A0" w14:textId="77777777" w:rsidR="006A2DAB" w:rsidRPr="00C85D81" w:rsidRDefault="006A2DAB" w:rsidP="006A2DAB">
      <w:r w:rsidRPr="00C85D81">
        <w:t>______________________________________________________________</w:t>
      </w:r>
    </w:p>
    <w:p w14:paraId="113B91EF" w14:textId="77777777" w:rsidR="006A2DAB" w:rsidRPr="00C85D81" w:rsidRDefault="006A2DAB" w:rsidP="006A2DAB">
      <w:pPr>
        <w:pStyle w:val="Heading2"/>
      </w:pPr>
      <w:r w:rsidRPr="00C85D81">
        <w:t>What we could test next</w:t>
      </w:r>
    </w:p>
    <w:p w14:paraId="355A2F34" w14:textId="77777777" w:rsidR="006A2DAB" w:rsidRPr="00C85D81" w:rsidRDefault="006A2DAB" w:rsidP="006A2DAB">
      <w:r w:rsidRPr="00C85D81">
        <w:t>______________________________________________________________</w:t>
      </w:r>
    </w:p>
    <w:p w14:paraId="5FD1AC44" w14:textId="77777777" w:rsidR="006A2DAB" w:rsidRPr="00C85D81" w:rsidRDefault="006A2DAB" w:rsidP="006A2DAB">
      <w:r w:rsidRPr="00C85D81">
        <w:t>______________________________________________________________</w:t>
      </w:r>
    </w:p>
    <w:p w14:paraId="09CA8665" w14:textId="77777777" w:rsidR="006A2DAB" w:rsidRPr="00C85D81" w:rsidRDefault="006A2DAB" w:rsidP="006A2DAB">
      <w:pPr>
        <w:pStyle w:val="Heading2"/>
      </w:pPr>
      <w:r w:rsidRPr="00C85D81">
        <w:t>Who needs to be involved</w:t>
      </w:r>
    </w:p>
    <w:p w14:paraId="3992946D" w14:textId="77777777" w:rsidR="006A2DAB" w:rsidRPr="00C85D81" w:rsidRDefault="006A2DAB" w:rsidP="006A2DAB">
      <w:r w:rsidRPr="00C85D81">
        <w:t>______________________________________________________________</w:t>
      </w:r>
    </w:p>
    <w:p w14:paraId="4754FB3B" w14:textId="77777777" w:rsidR="006A2DAB" w:rsidRPr="00C85D81" w:rsidRDefault="006A2DAB" w:rsidP="006A2DAB">
      <w:r w:rsidRPr="00C85D81">
        <w:t>______________________________________________________________</w:t>
      </w:r>
    </w:p>
    <w:p w14:paraId="2236D3E9" w14:textId="77777777" w:rsidR="006A2DAB" w:rsidRPr="00C85D81" w:rsidRDefault="006A2DAB" w:rsidP="006A2DAB">
      <w:r w:rsidRPr="00C85D81">
        <w:br w:type="page"/>
      </w:r>
    </w:p>
    <w:p w14:paraId="2C6C6471" w14:textId="77777777" w:rsidR="006A2DAB" w:rsidRPr="00C85D81" w:rsidRDefault="006A2DAB" w:rsidP="006A2DAB">
      <w:pPr>
        <w:pStyle w:val="Heading1"/>
      </w:pPr>
      <w:r w:rsidRPr="00C85D81">
        <w:lastRenderedPageBreak/>
        <w:t>Chapter 26. Being Safe: Lone Working / Out of Hours</w:t>
      </w:r>
    </w:p>
    <w:p w14:paraId="555611E0" w14:textId="77777777" w:rsidR="006A2DAB" w:rsidRPr="00C85D81" w:rsidRDefault="006A2DAB" w:rsidP="006A2DAB">
      <w:pPr>
        <w:pStyle w:val="Heading2"/>
      </w:pPr>
      <w:r w:rsidRPr="00C85D81">
        <w:t>Reflection questions</w:t>
      </w:r>
    </w:p>
    <w:p w14:paraId="61F89B82" w14:textId="77777777" w:rsidR="006A2DAB" w:rsidRPr="00C85D81" w:rsidRDefault="006A2DAB" w:rsidP="006A2DAB">
      <w:pPr>
        <w:pStyle w:val="ListBullet"/>
        <w:tabs>
          <w:tab w:val="clear" w:pos="360"/>
          <w:tab w:val="num" w:pos="720"/>
        </w:tabs>
        <w:spacing w:after="200"/>
        <w:ind w:left="720"/>
      </w:pPr>
      <w:r w:rsidRPr="00C85D81">
        <w:t>What boundary issues are staff currently navigating in your service?</w:t>
      </w:r>
    </w:p>
    <w:p w14:paraId="1972C1F7" w14:textId="77777777" w:rsidR="006A2DAB" w:rsidRPr="00C85D81" w:rsidRDefault="006A2DAB" w:rsidP="006A2DAB">
      <w:pPr>
        <w:pStyle w:val="ListBullet"/>
        <w:tabs>
          <w:tab w:val="clear" w:pos="360"/>
          <w:tab w:val="num" w:pos="720"/>
        </w:tabs>
        <w:spacing w:after="200"/>
        <w:ind w:left="720"/>
      </w:pPr>
      <w:r w:rsidRPr="00C85D81">
        <w:t>How clear is your guidance on lone and out-of-hours working?</w:t>
      </w:r>
    </w:p>
    <w:p w14:paraId="6287DE3F" w14:textId="77777777" w:rsidR="006A2DAB" w:rsidRPr="00C85D81" w:rsidRDefault="006A2DAB" w:rsidP="006A2DAB">
      <w:pPr>
        <w:pStyle w:val="ListBullet"/>
        <w:tabs>
          <w:tab w:val="clear" w:pos="360"/>
          <w:tab w:val="num" w:pos="720"/>
        </w:tabs>
        <w:spacing w:after="200"/>
        <w:ind w:left="720"/>
      </w:pPr>
      <w:r w:rsidRPr="00C85D81">
        <w:t>What support do staff need to care well without over-extending themselves?</w:t>
      </w:r>
    </w:p>
    <w:p w14:paraId="1165F599" w14:textId="77777777" w:rsidR="006A2DAB" w:rsidRPr="00C85D81" w:rsidRDefault="006A2DAB" w:rsidP="006A2DAB">
      <w:pPr>
        <w:pStyle w:val="Heading2"/>
      </w:pPr>
      <w:r w:rsidRPr="00C85D81">
        <w:t>Our notes</w:t>
      </w:r>
    </w:p>
    <w:p w14:paraId="0F8BB8D7" w14:textId="77777777" w:rsidR="006A2DAB" w:rsidRPr="00C85D81" w:rsidRDefault="006A2DAB" w:rsidP="006A2DAB">
      <w:r w:rsidRPr="00C85D81">
        <w:t>______________________________________________________________</w:t>
      </w:r>
    </w:p>
    <w:p w14:paraId="7E3EC3CD" w14:textId="77777777" w:rsidR="006A2DAB" w:rsidRPr="00C85D81" w:rsidRDefault="006A2DAB" w:rsidP="006A2DAB">
      <w:r w:rsidRPr="00C85D81">
        <w:t>______________________________________________________________</w:t>
      </w:r>
    </w:p>
    <w:p w14:paraId="48EA9C6A" w14:textId="77777777" w:rsidR="006A2DAB" w:rsidRPr="00C85D81" w:rsidRDefault="006A2DAB" w:rsidP="006A2DAB">
      <w:r w:rsidRPr="00C85D81">
        <w:t>______________________________________________________________</w:t>
      </w:r>
    </w:p>
    <w:p w14:paraId="6B7F5B9B" w14:textId="77777777" w:rsidR="006A2DAB" w:rsidRPr="00C85D81" w:rsidRDefault="006A2DAB" w:rsidP="006A2DAB">
      <w:r w:rsidRPr="00C85D81">
        <w:t>______________________________________________________________</w:t>
      </w:r>
    </w:p>
    <w:p w14:paraId="0FEA45FE" w14:textId="77777777" w:rsidR="006A2DAB" w:rsidRPr="00C85D81" w:rsidRDefault="006A2DAB" w:rsidP="006A2DAB">
      <w:pPr>
        <w:pStyle w:val="Heading2"/>
      </w:pPr>
      <w:r w:rsidRPr="00C85D81">
        <w:t>Brief implementation exercise</w:t>
      </w:r>
    </w:p>
    <w:p w14:paraId="298BDE57" w14:textId="77777777" w:rsidR="006A2DAB" w:rsidRPr="00C85D81" w:rsidRDefault="006A2DAB" w:rsidP="006A2DAB">
      <w:r w:rsidRPr="00C85D81">
        <w:t>Write a short decision guide for lone working and out-of-hours contact. Include what questions must be asked, who needs to be involved and when an alternative approach should be used.</w:t>
      </w:r>
    </w:p>
    <w:p w14:paraId="75DD8ADD" w14:textId="77777777" w:rsidR="006A2DAB" w:rsidRPr="00C85D81" w:rsidRDefault="006A2DAB" w:rsidP="006A2DAB">
      <w:pPr>
        <w:pStyle w:val="Heading2"/>
      </w:pPr>
      <w:r w:rsidRPr="00C85D81">
        <w:t>What this means for us</w:t>
      </w:r>
    </w:p>
    <w:p w14:paraId="4F2549A1" w14:textId="77777777" w:rsidR="006A2DAB" w:rsidRPr="00C85D81" w:rsidRDefault="006A2DAB" w:rsidP="006A2DAB">
      <w:r w:rsidRPr="00C85D81">
        <w:t>______________________________________________________________</w:t>
      </w:r>
    </w:p>
    <w:p w14:paraId="64867D61" w14:textId="77777777" w:rsidR="006A2DAB" w:rsidRPr="00C85D81" w:rsidRDefault="006A2DAB" w:rsidP="006A2DAB">
      <w:r w:rsidRPr="00C85D81">
        <w:t>______________________________________________________________</w:t>
      </w:r>
    </w:p>
    <w:p w14:paraId="1684CE8E" w14:textId="77777777" w:rsidR="006A2DAB" w:rsidRPr="00C85D81" w:rsidRDefault="006A2DAB" w:rsidP="006A2DAB">
      <w:r w:rsidRPr="00C85D81">
        <w:t>______________________________________________________________</w:t>
      </w:r>
    </w:p>
    <w:p w14:paraId="7FF4C8AB" w14:textId="77777777" w:rsidR="006A2DAB" w:rsidRPr="00C85D81" w:rsidRDefault="006A2DAB" w:rsidP="006A2DAB">
      <w:pPr>
        <w:pStyle w:val="Heading2"/>
      </w:pPr>
      <w:r w:rsidRPr="00C85D81">
        <w:t>What we could test next</w:t>
      </w:r>
    </w:p>
    <w:p w14:paraId="6CC332F7" w14:textId="77777777" w:rsidR="006A2DAB" w:rsidRPr="00C85D81" w:rsidRDefault="006A2DAB" w:rsidP="006A2DAB">
      <w:r w:rsidRPr="00C85D81">
        <w:t>______________________________________________________________</w:t>
      </w:r>
    </w:p>
    <w:p w14:paraId="17872ED6" w14:textId="77777777" w:rsidR="006A2DAB" w:rsidRPr="00C85D81" w:rsidRDefault="006A2DAB" w:rsidP="006A2DAB">
      <w:r w:rsidRPr="00C85D81">
        <w:t>______________________________________________________________</w:t>
      </w:r>
    </w:p>
    <w:p w14:paraId="381C7A05" w14:textId="77777777" w:rsidR="006A2DAB" w:rsidRPr="00C85D81" w:rsidRDefault="006A2DAB" w:rsidP="006A2DAB">
      <w:pPr>
        <w:pStyle w:val="Heading2"/>
      </w:pPr>
      <w:r w:rsidRPr="00C85D81">
        <w:t>Who needs to be involved</w:t>
      </w:r>
    </w:p>
    <w:p w14:paraId="3781E716" w14:textId="77777777" w:rsidR="006A2DAB" w:rsidRPr="00C85D81" w:rsidRDefault="006A2DAB" w:rsidP="006A2DAB">
      <w:r w:rsidRPr="00C85D81">
        <w:t>______________________________________________________________</w:t>
      </w:r>
    </w:p>
    <w:p w14:paraId="0D8B0598" w14:textId="77777777" w:rsidR="006A2DAB" w:rsidRPr="0057105A" w:rsidRDefault="006A2DAB" w:rsidP="006A2DAB">
      <w:pPr>
        <w:rPr>
          <w:lang w:val="fr-FR"/>
        </w:rPr>
      </w:pPr>
      <w:r w:rsidRPr="0057105A">
        <w:rPr>
          <w:lang w:val="fr-FR"/>
        </w:rPr>
        <w:t>______________________________________________________________</w:t>
      </w:r>
    </w:p>
    <w:p w14:paraId="29626074" w14:textId="77777777" w:rsidR="006A2DAB" w:rsidRPr="0057105A" w:rsidRDefault="006A2DAB" w:rsidP="006A2DAB">
      <w:pPr>
        <w:rPr>
          <w:lang w:val="fr-FR"/>
        </w:rPr>
      </w:pPr>
      <w:r w:rsidRPr="0057105A">
        <w:rPr>
          <w:lang w:val="fr-FR"/>
        </w:rPr>
        <w:br w:type="page"/>
      </w:r>
    </w:p>
    <w:p w14:paraId="3E1AF983" w14:textId="77777777" w:rsidR="006A2DAB" w:rsidRPr="0057105A" w:rsidRDefault="006A2DAB" w:rsidP="006A2DAB">
      <w:pPr>
        <w:pStyle w:val="Heading1"/>
        <w:rPr>
          <w:lang w:val="fr-FR"/>
        </w:rPr>
      </w:pPr>
      <w:proofErr w:type="spellStart"/>
      <w:r w:rsidRPr="0057105A">
        <w:rPr>
          <w:lang w:val="fr-FR"/>
        </w:rPr>
        <w:lastRenderedPageBreak/>
        <w:t>Chapter</w:t>
      </w:r>
      <w:proofErr w:type="spellEnd"/>
      <w:r w:rsidRPr="0057105A">
        <w:rPr>
          <w:lang w:val="fr-FR"/>
        </w:rPr>
        <w:t xml:space="preserve"> 27. Support </w:t>
      </w:r>
      <w:proofErr w:type="spellStart"/>
      <w:r w:rsidRPr="0057105A">
        <w:rPr>
          <w:lang w:val="fr-FR"/>
        </w:rPr>
        <w:t>Sequence</w:t>
      </w:r>
      <w:proofErr w:type="spellEnd"/>
      <w:r w:rsidRPr="0057105A">
        <w:rPr>
          <w:lang w:val="fr-FR"/>
        </w:rPr>
        <w:t xml:space="preserve"> Prompts</w:t>
      </w:r>
    </w:p>
    <w:p w14:paraId="2BE2F959" w14:textId="77777777" w:rsidR="006A2DAB" w:rsidRPr="0057105A" w:rsidRDefault="006A2DAB" w:rsidP="006A2DAB">
      <w:pPr>
        <w:pStyle w:val="Heading2"/>
        <w:rPr>
          <w:lang w:val="fr-FR"/>
        </w:rPr>
      </w:pPr>
      <w:proofErr w:type="spellStart"/>
      <w:r w:rsidRPr="0057105A">
        <w:rPr>
          <w:lang w:val="fr-FR"/>
        </w:rPr>
        <w:t>Reflection</w:t>
      </w:r>
      <w:proofErr w:type="spellEnd"/>
      <w:r w:rsidRPr="0057105A">
        <w:rPr>
          <w:lang w:val="fr-FR"/>
        </w:rPr>
        <w:t xml:space="preserve"> questions</w:t>
      </w:r>
    </w:p>
    <w:p w14:paraId="3D848E3E" w14:textId="77777777" w:rsidR="006A2DAB" w:rsidRPr="00C85D81" w:rsidRDefault="006A2DAB" w:rsidP="006A2DAB">
      <w:pPr>
        <w:pStyle w:val="ListBullet"/>
        <w:tabs>
          <w:tab w:val="clear" w:pos="360"/>
          <w:tab w:val="num" w:pos="720"/>
        </w:tabs>
        <w:spacing w:after="200"/>
        <w:ind w:left="720"/>
      </w:pPr>
      <w:r w:rsidRPr="00C85D81">
        <w:t>Which prompts in your current system genuinely help workers think better?</w:t>
      </w:r>
    </w:p>
    <w:p w14:paraId="2151C23B" w14:textId="77777777" w:rsidR="006A2DAB" w:rsidRPr="00C85D81" w:rsidRDefault="006A2DAB" w:rsidP="006A2DAB">
      <w:pPr>
        <w:pStyle w:val="ListBullet"/>
        <w:tabs>
          <w:tab w:val="clear" w:pos="360"/>
          <w:tab w:val="num" w:pos="720"/>
        </w:tabs>
        <w:spacing w:after="200"/>
        <w:ind w:left="720"/>
      </w:pPr>
      <w:r w:rsidRPr="00C85D81">
        <w:t>Which ones mainly exist because they always have?</w:t>
      </w:r>
    </w:p>
    <w:p w14:paraId="589525E0" w14:textId="77777777" w:rsidR="006A2DAB" w:rsidRPr="00C85D81" w:rsidRDefault="006A2DAB" w:rsidP="006A2DAB">
      <w:pPr>
        <w:pStyle w:val="Heading2"/>
      </w:pPr>
      <w:r w:rsidRPr="00C85D81">
        <w:t>Our notes</w:t>
      </w:r>
    </w:p>
    <w:p w14:paraId="6CDAF769" w14:textId="77777777" w:rsidR="006A2DAB" w:rsidRPr="00C85D81" w:rsidRDefault="006A2DAB" w:rsidP="006A2DAB">
      <w:r w:rsidRPr="00C85D81">
        <w:t>______________________________________________________________</w:t>
      </w:r>
    </w:p>
    <w:p w14:paraId="27526CB5" w14:textId="77777777" w:rsidR="006A2DAB" w:rsidRPr="00C85D81" w:rsidRDefault="006A2DAB" w:rsidP="006A2DAB">
      <w:r w:rsidRPr="00C85D81">
        <w:t>______________________________________________________________</w:t>
      </w:r>
    </w:p>
    <w:p w14:paraId="20213572" w14:textId="77777777" w:rsidR="006A2DAB" w:rsidRPr="00C85D81" w:rsidRDefault="006A2DAB" w:rsidP="006A2DAB">
      <w:r w:rsidRPr="00C85D81">
        <w:t>______________________________________________________________</w:t>
      </w:r>
    </w:p>
    <w:p w14:paraId="350C1A26" w14:textId="77777777" w:rsidR="006A2DAB" w:rsidRPr="00C85D81" w:rsidRDefault="006A2DAB" w:rsidP="006A2DAB">
      <w:r w:rsidRPr="00C85D81">
        <w:t>______________________________________________________________</w:t>
      </w:r>
    </w:p>
    <w:p w14:paraId="2C540570" w14:textId="77777777" w:rsidR="006A2DAB" w:rsidRPr="00C85D81" w:rsidRDefault="006A2DAB" w:rsidP="006A2DAB">
      <w:pPr>
        <w:pStyle w:val="Heading2"/>
      </w:pPr>
      <w:r w:rsidRPr="00C85D81">
        <w:t>Brief implementation exercise</w:t>
      </w:r>
    </w:p>
    <w:p w14:paraId="2E61672A" w14:textId="77777777" w:rsidR="006A2DAB" w:rsidRPr="00C85D81" w:rsidRDefault="006A2DAB" w:rsidP="006A2DAB">
      <w:r w:rsidRPr="00C85D81">
        <w:t>Choose one current tool and ask staff what function it serves, whether it helps in real practice and how it could be simplified or strengthened.</w:t>
      </w:r>
    </w:p>
    <w:p w14:paraId="69BF890D" w14:textId="77777777" w:rsidR="006A2DAB" w:rsidRPr="00C85D81" w:rsidRDefault="006A2DAB" w:rsidP="006A2DAB">
      <w:pPr>
        <w:pStyle w:val="Heading2"/>
      </w:pPr>
      <w:r w:rsidRPr="00C85D81">
        <w:t>What this means for us</w:t>
      </w:r>
    </w:p>
    <w:p w14:paraId="73F9ACE8" w14:textId="77777777" w:rsidR="006A2DAB" w:rsidRPr="00C85D81" w:rsidRDefault="006A2DAB" w:rsidP="006A2DAB">
      <w:r w:rsidRPr="00C85D81">
        <w:t>______________________________________________________________</w:t>
      </w:r>
    </w:p>
    <w:p w14:paraId="4C6B43C8" w14:textId="77777777" w:rsidR="006A2DAB" w:rsidRPr="00C85D81" w:rsidRDefault="006A2DAB" w:rsidP="006A2DAB">
      <w:r w:rsidRPr="00C85D81">
        <w:t>______________________________________________________________</w:t>
      </w:r>
    </w:p>
    <w:p w14:paraId="4A14211A" w14:textId="77777777" w:rsidR="006A2DAB" w:rsidRPr="00C85D81" w:rsidRDefault="006A2DAB" w:rsidP="006A2DAB">
      <w:r w:rsidRPr="00C85D81">
        <w:t>______________________________________________________________</w:t>
      </w:r>
    </w:p>
    <w:p w14:paraId="0146CD4C" w14:textId="77777777" w:rsidR="006A2DAB" w:rsidRPr="00C85D81" w:rsidRDefault="006A2DAB" w:rsidP="006A2DAB">
      <w:pPr>
        <w:pStyle w:val="Heading2"/>
      </w:pPr>
      <w:r w:rsidRPr="00C85D81">
        <w:t>What we could test next</w:t>
      </w:r>
    </w:p>
    <w:p w14:paraId="143E90D6" w14:textId="77777777" w:rsidR="006A2DAB" w:rsidRPr="00C85D81" w:rsidRDefault="006A2DAB" w:rsidP="006A2DAB">
      <w:r w:rsidRPr="00C85D81">
        <w:t>______________________________________________________________</w:t>
      </w:r>
    </w:p>
    <w:p w14:paraId="3F472C5F" w14:textId="77777777" w:rsidR="006A2DAB" w:rsidRPr="00C85D81" w:rsidRDefault="006A2DAB" w:rsidP="006A2DAB">
      <w:r w:rsidRPr="00C85D81">
        <w:t>______________________________________________________________</w:t>
      </w:r>
    </w:p>
    <w:p w14:paraId="287E1A8F" w14:textId="77777777" w:rsidR="006A2DAB" w:rsidRPr="00C85D81" w:rsidRDefault="006A2DAB" w:rsidP="006A2DAB">
      <w:pPr>
        <w:pStyle w:val="Heading2"/>
      </w:pPr>
      <w:r w:rsidRPr="00C85D81">
        <w:t>Who needs to be involved</w:t>
      </w:r>
    </w:p>
    <w:p w14:paraId="08CD9A3F" w14:textId="77777777" w:rsidR="006A2DAB" w:rsidRPr="00C85D81" w:rsidRDefault="006A2DAB" w:rsidP="006A2DAB">
      <w:r w:rsidRPr="00C85D81">
        <w:t>______________________________________________________________</w:t>
      </w:r>
    </w:p>
    <w:p w14:paraId="52A32280" w14:textId="77777777" w:rsidR="006A2DAB" w:rsidRPr="00C85D81" w:rsidRDefault="006A2DAB" w:rsidP="006A2DAB">
      <w:r w:rsidRPr="00C85D81">
        <w:t>______________________________________________________________</w:t>
      </w:r>
    </w:p>
    <w:p w14:paraId="576F6A81" w14:textId="77777777" w:rsidR="006A2DAB" w:rsidRPr="00C85D81" w:rsidRDefault="006A2DAB" w:rsidP="006A2DAB">
      <w:r w:rsidRPr="00C85D81">
        <w:br w:type="page"/>
      </w:r>
    </w:p>
    <w:p w14:paraId="6855C72E" w14:textId="77777777" w:rsidR="006A2DAB" w:rsidRPr="00C85D81" w:rsidRDefault="006A2DAB" w:rsidP="006A2DAB">
      <w:pPr>
        <w:pStyle w:val="Heading1"/>
      </w:pPr>
      <w:r w:rsidRPr="00C85D81">
        <w:lastRenderedPageBreak/>
        <w:t>Chapter 28. Role-based Confirmation Practices</w:t>
      </w:r>
    </w:p>
    <w:p w14:paraId="3DC71444" w14:textId="77777777" w:rsidR="006A2DAB" w:rsidRPr="00C85D81" w:rsidRDefault="006A2DAB" w:rsidP="006A2DAB">
      <w:pPr>
        <w:pStyle w:val="Heading2"/>
      </w:pPr>
      <w:r w:rsidRPr="00C85D81">
        <w:t>Reflection questions</w:t>
      </w:r>
    </w:p>
    <w:p w14:paraId="19614567" w14:textId="77777777" w:rsidR="006A2DAB" w:rsidRPr="00C85D81" w:rsidRDefault="006A2DAB" w:rsidP="006A2DAB">
      <w:pPr>
        <w:pStyle w:val="ListBullet"/>
        <w:tabs>
          <w:tab w:val="clear" w:pos="360"/>
          <w:tab w:val="num" w:pos="720"/>
        </w:tabs>
        <w:spacing w:after="200"/>
        <w:ind w:left="720"/>
      </w:pPr>
      <w:r w:rsidRPr="00C85D81">
        <w:t xml:space="preserve">Do current role descriptions reflect the work people are </w:t>
      </w:r>
      <w:proofErr w:type="gramStart"/>
      <w:r w:rsidRPr="00C85D81">
        <w:t>actually doing</w:t>
      </w:r>
      <w:proofErr w:type="gramEnd"/>
      <w:r w:rsidRPr="00C85D81">
        <w:t>?</w:t>
      </w:r>
    </w:p>
    <w:p w14:paraId="43B04BF2" w14:textId="77777777" w:rsidR="006A2DAB" w:rsidRPr="00C85D81" w:rsidRDefault="006A2DAB" w:rsidP="006A2DAB">
      <w:pPr>
        <w:pStyle w:val="ListBullet"/>
        <w:tabs>
          <w:tab w:val="clear" w:pos="360"/>
          <w:tab w:val="num" w:pos="720"/>
        </w:tabs>
        <w:spacing w:after="200"/>
        <w:ind w:left="720"/>
      </w:pPr>
      <w:r w:rsidRPr="00C85D81">
        <w:t>How do staff learn what relational, purpose-led practice means in their role?</w:t>
      </w:r>
    </w:p>
    <w:p w14:paraId="5D5E6059" w14:textId="77777777" w:rsidR="006A2DAB" w:rsidRPr="00C85D81" w:rsidRDefault="006A2DAB" w:rsidP="006A2DAB">
      <w:pPr>
        <w:pStyle w:val="Heading2"/>
      </w:pPr>
      <w:r w:rsidRPr="00C85D81">
        <w:t>Our notes</w:t>
      </w:r>
    </w:p>
    <w:p w14:paraId="08A32395" w14:textId="77777777" w:rsidR="006A2DAB" w:rsidRPr="00C85D81" w:rsidRDefault="006A2DAB" w:rsidP="006A2DAB">
      <w:r w:rsidRPr="00C85D81">
        <w:t>______________________________________________________________</w:t>
      </w:r>
    </w:p>
    <w:p w14:paraId="7598B828" w14:textId="77777777" w:rsidR="006A2DAB" w:rsidRPr="00C85D81" w:rsidRDefault="006A2DAB" w:rsidP="006A2DAB">
      <w:r w:rsidRPr="00C85D81">
        <w:t>______________________________________________________________</w:t>
      </w:r>
    </w:p>
    <w:p w14:paraId="7EDDDD19" w14:textId="77777777" w:rsidR="006A2DAB" w:rsidRPr="00C85D81" w:rsidRDefault="006A2DAB" w:rsidP="006A2DAB">
      <w:r w:rsidRPr="00C85D81">
        <w:t>______________________________________________________________</w:t>
      </w:r>
    </w:p>
    <w:p w14:paraId="207810FA" w14:textId="77777777" w:rsidR="006A2DAB" w:rsidRPr="00C85D81" w:rsidRDefault="006A2DAB" w:rsidP="006A2DAB">
      <w:r w:rsidRPr="00C85D81">
        <w:t>______________________________________________________________</w:t>
      </w:r>
    </w:p>
    <w:p w14:paraId="39301B44" w14:textId="77777777" w:rsidR="006A2DAB" w:rsidRPr="00C85D81" w:rsidRDefault="006A2DAB" w:rsidP="006A2DAB">
      <w:pPr>
        <w:pStyle w:val="Heading2"/>
      </w:pPr>
      <w:r w:rsidRPr="00C85D81">
        <w:t>Brief implementation exercise</w:t>
      </w:r>
    </w:p>
    <w:p w14:paraId="0592CE62" w14:textId="77777777" w:rsidR="006A2DAB" w:rsidRPr="00C85D81" w:rsidRDefault="006A2DAB" w:rsidP="006A2DAB">
      <w:r w:rsidRPr="00C85D81">
        <w:t>Draft a one-page role summary for one key role in your service. Include what the role is for, what it must hold onto and what good practice looks like.</w:t>
      </w:r>
    </w:p>
    <w:p w14:paraId="6C042E6F" w14:textId="77777777" w:rsidR="006A2DAB" w:rsidRPr="00C85D81" w:rsidRDefault="006A2DAB" w:rsidP="006A2DAB">
      <w:pPr>
        <w:pStyle w:val="Heading2"/>
      </w:pPr>
      <w:r w:rsidRPr="00C85D81">
        <w:t>What this means for us</w:t>
      </w:r>
    </w:p>
    <w:p w14:paraId="7776584C" w14:textId="77777777" w:rsidR="006A2DAB" w:rsidRPr="00C85D81" w:rsidRDefault="006A2DAB" w:rsidP="006A2DAB">
      <w:r w:rsidRPr="00C85D81">
        <w:t>______________________________________________________________</w:t>
      </w:r>
    </w:p>
    <w:p w14:paraId="1226651B" w14:textId="77777777" w:rsidR="006A2DAB" w:rsidRPr="00C85D81" w:rsidRDefault="006A2DAB" w:rsidP="006A2DAB">
      <w:r w:rsidRPr="00C85D81">
        <w:t>______________________________________________________________</w:t>
      </w:r>
    </w:p>
    <w:p w14:paraId="66017C45" w14:textId="77777777" w:rsidR="006A2DAB" w:rsidRPr="00C85D81" w:rsidRDefault="006A2DAB" w:rsidP="006A2DAB">
      <w:r w:rsidRPr="00C85D81">
        <w:t>______________________________________________________________</w:t>
      </w:r>
    </w:p>
    <w:p w14:paraId="62095D7F" w14:textId="77777777" w:rsidR="006A2DAB" w:rsidRPr="00C85D81" w:rsidRDefault="006A2DAB" w:rsidP="006A2DAB">
      <w:pPr>
        <w:pStyle w:val="Heading2"/>
      </w:pPr>
      <w:r w:rsidRPr="00C85D81">
        <w:t>What we could test next</w:t>
      </w:r>
    </w:p>
    <w:p w14:paraId="1C54C9B3" w14:textId="77777777" w:rsidR="006A2DAB" w:rsidRPr="00C85D81" w:rsidRDefault="006A2DAB" w:rsidP="006A2DAB">
      <w:r w:rsidRPr="00C85D81">
        <w:t>______________________________________________________________</w:t>
      </w:r>
    </w:p>
    <w:p w14:paraId="7BCA9577" w14:textId="77777777" w:rsidR="006A2DAB" w:rsidRPr="00C85D81" w:rsidRDefault="006A2DAB" w:rsidP="006A2DAB">
      <w:r w:rsidRPr="00C85D81">
        <w:t>______________________________________________________________</w:t>
      </w:r>
    </w:p>
    <w:p w14:paraId="25D4F456" w14:textId="77777777" w:rsidR="006A2DAB" w:rsidRPr="00C85D81" w:rsidRDefault="006A2DAB" w:rsidP="006A2DAB">
      <w:pPr>
        <w:pStyle w:val="Heading2"/>
      </w:pPr>
      <w:r w:rsidRPr="00C85D81">
        <w:t>Who needs to be involved</w:t>
      </w:r>
    </w:p>
    <w:p w14:paraId="75AE55B0" w14:textId="77777777" w:rsidR="006A2DAB" w:rsidRPr="00C85D81" w:rsidRDefault="006A2DAB" w:rsidP="006A2DAB">
      <w:r w:rsidRPr="00C85D81">
        <w:t>______________________________________________________________</w:t>
      </w:r>
    </w:p>
    <w:p w14:paraId="3C1A47F5" w14:textId="77777777" w:rsidR="006A2DAB" w:rsidRPr="00C85D81" w:rsidRDefault="006A2DAB" w:rsidP="006A2DAB">
      <w:r w:rsidRPr="00C85D81">
        <w:t>______________________________________________________________</w:t>
      </w:r>
    </w:p>
    <w:p w14:paraId="57476821" w14:textId="77777777" w:rsidR="006A2DAB" w:rsidRPr="00C85D81" w:rsidRDefault="006A2DAB" w:rsidP="006A2DAB">
      <w:r w:rsidRPr="00C85D81">
        <w:br w:type="page"/>
      </w:r>
    </w:p>
    <w:p w14:paraId="6972A9EE" w14:textId="77777777" w:rsidR="006A2DAB" w:rsidRPr="00C85D81" w:rsidRDefault="006A2DAB" w:rsidP="006A2DAB">
      <w:pPr>
        <w:pStyle w:val="Heading1"/>
      </w:pPr>
      <w:r w:rsidRPr="00C85D81">
        <w:lastRenderedPageBreak/>
        <w:t>Chapter 29. Parts Four and Five</w:t>
      </w:r>
    </w:p>
    <w:p w14:paraId="6EEDF789" w14:textId="77777777" w:rsidR="006A2DAB" w:rsidRPr="00C85D81" w:rsidRDefault="006A2DAB" w:rsidP="006A2DAB">
      <w:pPr>
        <w:pStyle w:val="Heading2"/>
      </w:pPr>
      <w:r w:rsidRPr="00C85D81">
        <w:t>Reflection questions</w:t>
      </w:r>
    </w:p>
    <w:p w14:paraId="3A3E2813" w14:textId="77777777" w:rsidR="006A2DAB" w:rsidRPr="00C85D81" w:rsidRDefault="006A2DAB" w:rsidP="006A2DAB">
      <w:pPr>
        <w:pStyle w:val="ListBullet"/>
        <w:tabs>
          <w:tab w:val="clear" w:pos="360"/>
          <w:tab w:val="num" w:pos="720"/>
        </w:tabs>
        <w:spacing w:after="200"/>
        <w:ind w:left="720"/>
      </w:pPr>
      <w:r w:rsidRPr="00C85D81">
        <w:t>Which practical resources would help your staff most?</w:t>
      </w:r>
    </w:p>
    <w:p w14:paraId="7D942A8E" w14:textId="77777777" w:rsidR="006A2DAB" w:rsidRPr="00C85D81" w:rsidRDefault="006A2DAB" w:rsidP="006A2DAB">
      <w:pPr>
        <w:pStyle w:val="ListBullet"/>
        <w:tabs>
          <w:tab w:val="clear" w:pos="360"/>
          <w:tab w:val="num" w:pos="720"/>
        </w:tabs>
        <w:spacing w:after="200"/>
        <w:ind w:left="720"/>
      </w:pPr>
      <w:r w:rsidRPr="00C85D81">
        <w:t>What can stay in the chapter and what belongs in an appendix?</w:t>
      </w:r>
    </w:p>
    <w:p w14:paraId="383178A1" w14:textId="77777777" w:rsidR="006A2DAB" w:rsidRPr="00C85D81" w:rsidRDefault="006A2DAB" w:rsidP="006A2DAB">
      <w:pPr>
        <w:pStyle w:val="ListBullet"/>
        <w:tabs>
          <w:tab w:val="clear" w:pos="360"/>
          <w:tab w:val="num" w:pos="720"/>
        </w:tabs>
        <w:spacing w:after="200"/>
        <w:ind w:left="720"/>
      </w:pPr>
      <w:r w:rsidRPr="00C85D81">
        <w:t>How will you keep your appendix set live and useful?</w:t>
      </w:r>
    </w:p>
    <w:p w14:paraId="5CED99D2" w14:textId="77777777" w:rsidR="006A2DAB" w:rsidRPr="00C85D81" w:rsidRDefault="006A2DAB" w:rsidP="006A2DAB">
      <w:pPr>
        <w:pStyle w:val="Heading2"/>
      </w:pPr>
      <w:r w:rsidRPr="00C85D81">
        <w:t>Our notes</w:t>
      </w:r>
    </w:p>
    <w:p w14:paraId="2232E542" w14:textId="77777777" w:rsidR="006A2DAB" w:rsidRPr="00C85D81" w:rsidRDefault="006A2DAB" w:rsidP="006A2DAB">
      <w:r w:rsidRPr="00C85D81">
        <w:t>______________________________________________________________</w:t>
      </w:r>
    </w:p>
    <w:p w14:paraId="1591D1E5" w14:textId="77777777" w:rsidR="006A2DAB" w:rsidRPr="00C85D81" w:rsidRDefault="006A2DAB" w:rsidP="006A2DAB">
      <w:r w:rsidRPr="00C85D81">
        <w:t>______________________________________________________________</w:t>
      </w:r>
    </w:p>
    <w:p w14:paraId="162E0B85" w14:textId="77777777" w:rsidR="006A2DAB" w:rsidRPr="00C85D81" w:rsidRDefault="006A2DAB" w:rsidP="006A2DAB">
      <w:r w:rsidRPr="00C85D81">
        <w:t>______________________________________________________________</w:t>
      </w:r>
    </w:p>
    <w:p w14:paraId="7F7CB22C" w14:textId="77777777" w:rsidR="006A2DAB" w:rsidRPr="00C85D81" w:rsidRDefault="006A2DAB" w:rsidP="006A2DAB">
      <w:r w:rsidRPr="00C85D81">
        <w:t>______________________________________________________________</w:t>
      </w:r>
    </w:p>
    <w:p w14:paraId="6DCC3F69" w14:textId="77777777" w:rsidR="006A2DAB" w:rsidRPr="00C85D81" w:rsidRDefault="006A2DAB" w:rsidP="006A2DAB">
      <w:pPr>
        <w:pStyle w:val="Heading2"/>
      </w:pPr>
      <w:r w:rsidRPr="00C85D81">
        <w:t>Brief implementation exercise</w:t>
      </w:r>
    </w:p>
    <w:p w14:paraId="4FA9A20B" w14:textId="77777777" w:rsidR="006A2DAB" w:rsidRPr="00C85D81" w:rsidRDefault="006A2DAB" w:rsidP="006A2DAB">
      <w:r w:rsidRPr="00C85D81">
        <w:t>Create a shortlist of no more than six practical resources you think your local playbook needs for version 1. For each one, write what function it serves and how you will know whether it is useful.</w:t>
      </w:r>
    </w:p>
    <w:p w14:paraId="39BA666C" w14:textId="77777777" w:rsidR="006A2DAB" w:rsidRPr="00C85D81" w:rsidRDefault="006A2DAB" w:rsidP="006A2DAB">
      <w:pPr>
        <w:pStyle w:val="Heading2"/>
      </w:pPr>
      <w:r w:rsidRPr="00C85D81">
        <w:t>What this means for us</w:t>
      </w:r>
    </w:p>
    <w:p w14:paraId="3EF822B0" w14:textId="77777777" w:rsidR="006A2DAB" w:rsidRPr="00C85D81" w:rsidRDefault="006A2DAB" w:rsidP="006A2DAB">
      <w:r w:rsidRPr="00C85D81">
        <w:t>______________________________________________________________</w:t>
      </w:r>
    </w:p>
    <w:p w14:paraId="50579187" w14:textId="77777777" w:rsidR="006A2DAB" w:rsidRPr="00C85D81" w:rsidRDefault="006A2DAB" w:rsidP="006A2DAB">
      <w:r w:rsidRPr="00C85D81">
        <w:t>______________________________________________________________</w:t>
      </w:r>
    </w:p>
    <w:p w14:paraId="4A76CED8" w14:textId="77777777" w:rsidR="006A2DAB" w:rsidRPr="00C85D81" w:rsidRDefault="006A2DAB" w:rsidP="006A2DAB">
      <w:r w:rsidRPr="00C85D81">
        <w:t>______________________________________________________________</w:t>
      </w:r>
    </w:p>
    <w:p w14:paraId="4AEA1666" w14:textId="77777777" w:rsidR="006A2DAB" w:rsidRPr="00C85D81" w:rsidRDefault="006A2DAB" w:rsidP="006A2DAB">
      <w:pPr>
        <w:pStyle w:val="Heading2"/>
      </w:pPr>
      <w:r w:rsidRPr="00C85D81">
        <w:t>What we could test next</w:t>
      </w:r>
    </w:p>
    <w:p w14:paraId="116A3068" w14:textId="77777777" w:rsidR="006A2DAB" w:rsidRPr="00C85D81" w:rsidRDefault="006A2DAB" w:rsidP="006A2DAB">
      <w:r w:rsidRPr="00C85D81">
        <w:t>______________________________________________________________</w:t>
      </w:r>
    </w:p>
    <w:p w14:paraId="31CFC818" w14:textId="77777777" w:rsidR="006A2DAB" w:rsidRPr="00C85D81" w:rsidRDefault="006A2DAB" w:rsidP="006A2DAB">
      <w:r w:rsidRPr="00C85D81">
        <w:t>______________________________________________________________</w:t>
      </w:r>
    </w:p>
    <w:p w14:paraId="0B3C110C" w14:textId="77777777" w:rsidR="006A2DAB" w:rsidRPr="00C85D81" w:rsidRDefault="006A2DAB" w:rsidP="006A2DAB">
      <w:pPr>
        <w:pStyle w:val="Heading2"/>
      </w:pPr>
      <w:r w:rsidRPr="00C85D81">
        <w:t>Who needs to be involved</w:t>
      </w:r>
    </w:p>
    <w:p w14:paraId="1A66A20C" w14:textId="77777777" w:rsidR="006A2DAB" w:rsidRPr="00C85D81" w:rsidRDefault="006A2DAB" w:rsidP="006A2DAB">
      <w:r w:rsidRPr="00C85D81">
        <w:t>______________________________________________________________</w:t>
      </w:r>
    </w:p>
    <w:p w14:paraId="6E637209" w14:textId="77777777" w:rsidR="006A2DAB" w:rsidRPr="00C85D81" w:rsidRDefault="006A2DAB" w:rsidP="006A2DAB">
      <w:r w:rsidRPr="00C85D81">
        <w:t>______________________________________________________________</w:t>
      </w:r>
    </w:p>
    <w:p w14:paraId="781AAEA4" w14:textId="77777777" w:rsidR="006A2DAB" w:rsidRPr="00C85D81" w:rsidRDefault="006A2DAB" w:rsidP="006A2DAB">
      <w:r w:rsidRPr="00C85D81">
        <w:br w:type="page"/>
      </w:r>
    </w:p>
    <w:p w14:paraId="32AAAEA8" w14:textId="77777777" w:rsidR="006A2DAB" w:rsidRPr="00C85D81" w:rsidRDefault="006A2DAB" w:rsidP="006A2DAB">
      <w:pPr>
        <w:pStyle w:val="Heading1"/>
      </w:pPr>
      <w:r w:rsidRPr="00C85D81">
        <w:lastRenderedPageBreak/>
        <w:t>Version 1 Summary</w:t>
      </w:r>
    </w:p>
    <w:p w14:paraId="58FB3E38" w14:textId="77777777" w:rsidR="006A2DAB" w:rsidRPr="00C85D81" w:rsidRDefault="006A2DAB" w:rsidP="006A2DAB">
      <w:pPr>
        <w:pStyle w:val="Heading2"/>
      </w:pPr>
      <w:r w:rsidRPr="00C85D81">
        <w:t>What feels most relevant to our context</w:t>
      </w:r>
    </w:p>
    <w:p w14:paraId="398EC65B" w14:textId="77777777" w:rsidR="006A2DAB" w:rsidRPr="00C85D81" w:rsidRDefault="006A2DAB" w:rsidP="006A2DAB">
      <w:r w:rsidRPr="00C85D81">
        <w:t>______________________________________________________________</w:t>
      </w:r>
    </w:p>
    <w:p w14:paraId="355C6CFF" w14:textId="77777777" w:rsidR="006A2DAB" w:rsidRPr="00C85D81" w:rsidRDefault="006A2DAB" w:rsidP="006A2DAB">
      <w:r w:rsidRPr="00C85D81">
        <w:t>______________________________________________________________</w:t>
      </w:r>
    </w:p>
    <w:p w14:paraId="35CE479B" w14:textId="77777777" w:rsidR="006A2DAB" w:rsidRPr="00C85D81" w:rsidRDefault="006A2DAB" w:rsidP="006A2DAB">
      <w:r w:rsidRPr="00C85D81">
        <w:t>______________________________________________________________</w:t>
      </w:r>
    </w:p>
    <w:p w14:paraId="459DDE66" w14:textId="77777777" w:rsidR="006A2DAB" w:rsidRPr="00C85D81" w:rsidRDefault="006A2DAB" w:rsidP="006A2DAB">
      <w:pPr>
        <w:pStyle w:val="Heading2"/>
      </w:pPr>
      <w:r w:rsidRPr="00C85D81">
        <w:t>What we want to preserve</w:t>
      </w:r>
    </w:p>
    <w:p w14:paraId="5469C7C5" w14:textId="77777777" w:rsidR="006A2DAB" w:rsidRPr="00C85D81" w:rsidRDefault="006A2DAB" w:rsidP="006A2DAB">
      <w:r w:rsidRPr="00C85D81">
        <w:t>______________________________________________________________</w:t>
      </w:r>
    </w:p>
    <w:p w14:paraId="7921ACCD" w14:textId="77777777" w:rsidR="006A2DAB" w:rsidRPr="00C85D81" w:rsidRDefault="006A2DAB" w:rsidP="006A2DAB">
      <w:r w:rsidRPr="00C85D81">
        <w:t>______________________________________________________________</w:t>
      </w:r>
    </w:p>
    <w:p w14:paraId="1BEF2551" w14:textId="77777777" w:rsidR="006A2DAB" w:rsidRPr="00C85D81" w:rsidRDefault="006A2DAB" w:rsidP="006A2DAB">
      <w:r w:rsidRPr="00C85D81">
        <w:t>______________________________________________________________</w:t>
      </w:r>
    </w:p>
    <w:p w14:paraId="40775D2E" w14:textId="77777777" w:rsidR="006A2DAB" w:rsidRPr="00C85D81" w:rsidRDefault="006A2DAB" w:rsidP="006A2DAB">
      <w:pPr>
        <w:pStyle w:val="Heading2"/>
      </w:pPr>
      <w:r w:rsidRPr="00C85D81">
        <w:t>What we need to adapt</w:t>
      </w:r>
    </w:p>
    <w:p w14:paraId="3E3E95DD" w14:textId="77777777" w:rsidR="006A2DAB" w:rsidRPr="00C85D81" w:rsidRDefault="006A2DAB" w:rsidP="006A2DAB">
      <w:r w:rsidRPr="00C85D81">
        <w:t>______________________________________________________________</w:t>
      </w:r>
    </w:p>
    <w:p w14:paraId="02080533" w14:textId="77777777" w:rsidR="006A2DAB" w:rsidRPr="00C85D81" w:rsidRDefault="006A2DAB" w:rsidP="006A2DAB">
      <w:r w:rsidRPr="00C85D81">
        <w:t>______________________________________________________________</w:t>
      </w:r>
    </w:p>
    <w:p w14:paraId="08BC14B4" w14:textId="77777777" w:rsidR="006A2DAB" w:rsidRPr="00C85D81" w:rsidRDefault="006A2DAB" w:rsidP="006A2DAB">
      <w:r w:rsidRPr="00C85D81">
        <w:t>______________________________________________________________</w:t>
      </w:r>
    </w:p>
    <w:p w14:paraId="3272E016" w14:textId="77777777" w:rsidR="006A2DAB" w:rsidRPr="00C85D81" w:rsidRDefault="006A2DAB" w:rsidP="006A2DAB">
      <w:pPr>
        <w:pStyle w:val="Heading2"/>
      </w:pPr>
      <w:r w:rsidRPr="00C85D81">
        <w:t>What we need to create</w:t>
      </w:r>
    </w:p>
    <w:p w14:paraId="7C0B7A48" w14:textId="77777777" w:rsidR="006A2DAB" w:rsidRPr="00C85D81" w:rsidRDefault="006A2DAB" w:rsidP="006A2DAB">
      <w:r w:rsidRPr="00C85D81">
        <w:t>______________________________________________________________</w:t>
      </w:r>
    </w:p>
    <w:p w14:paraId="5F5F05FE" w14:textId="77777777" w:rsidR="006A2DAB" w:rsidRPr="00C85D81" w:rsidRDefault="006A2DAB" w:rsidP="006A2DAB">
      <w:r w:rsidRPr="00C85D81">
        <w:t>______________________________________________________________</w:t>
      </w:r>
    </w:p>
    <w:p w14:paraId="5B75BDCF" w14:textId="77777777" w:rsidR="006A2DAB" w:rsidRPr="00C85D81" w:rsidRDefault="006A2DAB" w:rsidP="006A2DAB">
      <w:r w:rsidRPr="00C85D81">
        <w:t>______________________________________________________________</w:t>
      </w:r>
    </w:p>
    <w:p w14:paraId="4EFF948D" w14:textId="77777777" w:rsidR="006A2DAB" w:rsidRPr="00C85D81" w:rsidRDefault="006A2DAB" w:rsidP="006A2DAB">
      <w:pPr>
        <w:pStyle w:val="Heading2"/>
      </w:pPr>
      <w:r w:rsidRPr="00C85D81">
        <w:t>Our first 90-day priorities</w:t>
      </w:r>
    </w:p>
    <w:p w14:paraId="3DF2C3B5" w14:textId="77777777" w:rsidR="006A2DAB" w:rsidRPr="00C85D81" w:rsidRDefault="006A2DAB" w:rsidP="006A2DAB">
      <w:r w:rsidRPr="00C85D81">
        <w:t>______________________________________________________________</w:t>
      </w:r>
    </w:p>
    <w:p w14:paraId="254AD278" w14:textId="77777777" w:rsidR="006A2DAB" w:rsidRPr="00C85D81" w:rsidRDefault="006A2DAB" w:rsidP="006A2DAB">
      <w:r w:rsidRPr="00C85D81">
        <w:t>______________________________________________________________</w:t>
      </w:r>
    </w:p>
    <w:p w14:paraId="427905A8" w14:textId="77777777" w:rsidR="006A2DAB" w:rsidRPr="00C85D81" w:rsidRDefault="006A2DAB" w:rsidP="006A2DAB">
      <w:r w:rsidRPr="00C85D81">
        <w:t>______________________________________________________________</w:t>
      </w:r>
    </w:p>
    <w:p w14:paraId="37DAE37C" w14:textId="77777777" w:rsidR="006A2DAB" w:rsidRPr="00C85D81" w:rsidRDefault="006A2DAB" w:rsidP="006A2DAB">
      <w:pPr>
        <w:pStyle w:val="Heading2"/>
      </w:pPr>
      <w:r w:rsidRPr="00C85D81">
        <w:t>Review date</w:t>
      </w:r>
    </w:p>
    <w:p w14:paraId="6355E3A3" w14:textId="77777777" w:rsidR="006A2DAB" w:rsidRPr="00C85D81" w:rsidRDefault="006A2DAB" w:rsidP="006A2DAB">
      <w:r w:rsidRPr="00C85D81">
        <w:t>______________________________________________________________</w:t>
      </w:r>
    </w:p>
    <w:p w14:paraId="710ACB04" w14:textId="77777777" w:rsidR="006A2DAB" w:rsidRPr="00C85D81" w:rsidRDefault="006A2DAB" w:rsidP="006A2DAB">
      <w:r w:rsidRPr="00C85D81">
        <w:t>______________________________________________________________</w:t>
      </w:r>
    </w:p>
    <w:p w14:paraId="612D8BD6" w14:textId="5050A0CA" w:rsidR="009206F6" w:rsidRPr="00B87964" w:rsidRDefault="006A2DAB" w:rsidP="006A2DAB">
      <w:r w:rsidRPr="00C85D81">
        <w:t>______________________________________________________________</w:t>
      </w:r>
    </w:p>
    <w:sectPr w:rsidR="009206F6" w:rsidRPr="00B87964" w:rsidSect="00281D0A">
      <w:headerReference w:type="default" r:id="rId11"/>
      <w:footerReference w:type="default" r:id="rId12"/>
      <w:headerReference w:type="first" r:id="rId13"/>
      <w:footerReference w:type="first" r:id="rId14"/>
      <w:pgSz w:w="12240" w:h="15840"/>
      <w:pgMar w:top="1871" w:right="1225" w:bottom="1151" w:left="1225"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8425C" w14:textId="77777777" w:rsidR="00BF10FE" w:rsidRPr="00C85D81" w:rsidRDefault="00BF10FE" w:rsidP="004A1B7F">
      <w:pPr>
        <w:spacing w:after="0" w:line="240" w:lineRule="auto"/>
      </w:pPr>
      <w:r w:rsidRPr="00C85D81">
        <w:separator/>
      </w:r>
    </w:p>
  </w:endnote>
  <w:endnote w:type="continuationSeparator" w:id="0">
    <w:p w14:paraId="5444083E" w14:textId="77777777" w:rsidR="00BF10FE" w:rsidRPr="00C85D81" w:rsidRDefault="00BF10FE" w:rsidP="004A1B7F">
      <w:pPr>
        <w:spacing w:after="0" w:line="240" w:lineRule="auto"/>
      </w:pPr>
      <w:r w:rsidRPr="00C85D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6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1840875"/>
      <w:docPartObj>
        <w:docPartGallery w:val="Page Numbers (Bottom of Page)"/>
        <w:docPartUnique/>
      </w:docPartObj>
    </w:sdtPr>
    <w:sdtContent>
      <w:p w14:paraId="6D7CFAA9" w14:textId="7EBA1CCD" w:rsidR="00281D0A" w:rsidRPr="00C85D81" w:rsidRDefault="00281D0A">
        <w:pPr>
          <w:pStyle w:val="Footer"/>
          <w:jc w:val="right"/>
        </w:pPr>
        <w:r w:rsidRPr="00C85D81">
          <w:fldChar w:fldCharType="begin"/>
        </w:r>
        <w:r w:rsidRPr="00C85D81">
          <w:instrText>PAGE   \* MERGEFORMAT</w:instrText>
        </w:r>
        <w:r w:rsidRPr="00C85D81">
          <w:fldChar w:fldCharType="separate"/>
        </w:r>
        <w:r w:rsidRPr="00C85D81">
          <w:t>2</w:t>
        </w:r>
        <w:r w:rsidRPr="00C85D81">
          <w:fldChar w:fldCharType="end"/>
        </w:r>
      </w:p>
    </w:sdtContent>
  </w:sdt>
  <w:p w14:paraId="6033E33D" w14:textId="4E809F45" w:rsidR="004A1B7F" w:rsidRPr="00C85D81" w:rsidRDefault="00281D0A" w:rsidP="004A1B7F">
    <w:pPr>
      <w:pStyle w:val="Footer"/>
      <w:jc w:val="center"/>
    </w:pPr>
    <w:r w:rsidRPr="00C85D81">
      <w:rPr>
        <w:noProof/>
      </w:rPr>
      <w:drawing>
        <wp:inline distT="0" distB="0" distL="0" distR="0" wp14:anchorId="376AE91E" wp14:editId="3E43252B">
          <wp:extent cx="1974550" cy="483079"/>
          <wp:effectExtent l="0" t="0" r="6985" b="0"/>
          <wp:docPr id="5052329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232908" name="Picture 505232908"/>
                  <pic:cNvPicPr/>
                </pic:nvPicPr>
                <pic:blipFill>
                  <a:blip r:embed="rId1"/>
                  <a:stretch>
                    <a:fillRect/>
                  </a:stretch>
                </pic:blipFill>
                <pic:spPr>
                  <a:xfrm>
                    <a:off x="0" y="0"/>
                    <a:ext cx="2025992" cy="495664"/>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7D0E0" w14:textId="5D677A06" w:rsidR="00E22BC8" w:rsidRPr="00C85D81" w:rsidRDefault="00E22BC8" w:rsidP="00E22BC8">
    <w:pPr>
      <w:pStyle w:val="Footer"/>
      <w:jc w:val="center"/>
    </w:pPr>
    <w:r w:rsidRPr="00C85D81">
      <w:rPr>
        <w:noProof/>
      </w:rPr>
      <w:drawing>
        <wp:inline distT="0" distB="0" distL="0" distR="0" wp14:anchorId="65C11EE8" wp14:editId="3CCB853F">
          <wp:extent cx="2317450" cy="566970"/>
          <wp:effectExtent l="0" t="0" r="6985" b="5080"/>
          <wp:docPr id="670634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182205" name="Picture 2002182205"/>
                  <pic:cNvPicPr/>
                </pic:nvPicPr>
                <pic:blipFill>
                  <a:blip r:embed="rId1"/>
                  <a:stretch>
                    <a:fillRect/>
                  </a:stretch>
                </pic:blipFill>
                <pic:spPr>
                  <a:xfrm>
                    <a:off x="0" y="0"/>
                    <a:ext cx="2363609" cy="57826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625B9" w14:textId="77777777" w:rsidR="00BF10FE" w:rsidRPr="00C85D81" w:rsidRDefault="00BF10FE" w:rsidP="004A1B7F">
      <w:pPr>
        <w:spacing w:after="0" w:line="240" w:lineRule="auto"/>
      </w:pPr>
      <w:r w:rsidRPr="00C85D81">
        <w:separator/>
      </w:r>
    </w:p>
  </w:footnote>
  <w:footnote w:type="continuationSeparator" w:id="0">
    <w:p w14:paraId="2444EDA7" w14:textId="77777777" w:rsidR="00BF10FE" w:rsidRPr="00C85D81" w:rsidRDefault="00BF10FE" w:rsidP="004A1B7F">
      <w:pPr>
        <w:spacing w:after="0" w:line="240" w:lineRule="auto"/>
      </w:pPr>
      <w:r w:rsidRPr="00C85D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9B018" w14:textId="560C2075" w:rsidR="00E22BC8" w:rsidRPr="00C85D81" w:rsidRDefault="000E6FFB">
    <w:pPr>
      <w:pStyle w:val="Header"/>
    </w:pPr>
    <w:r w:rsidRPr="00C85D81">
      <w:rPr>
        <w:noProof/>
      </w:rPr>
      <w:drawing>
        <wp:anchor distT="0" distB="0" distL="114300" distR="114300" simplePos="0" relativeHeight="251699200" behindDoc="0" locked="0" layoutInCell="1" allowOverlap="1" wp14:anchorId="3803972D" wp14:editId="0E3B849C">
          <wp:simplePos x="0" y="0"/>
          <wp:positionH relativeFrom="margin">
            <wp:posOffset>-635</wp:posOffset>
          </wp:positionH>
          <wp:positionV relativeFrom="paragraph">
            <wp:posOffset>104775</wp:posOffset>
          </wp:positionV>
          <wp:extent cx="3147060" cy="691274"/>
          <wp:effectExtent l="0" t="0" r="0" b="0"/>
          <wp:wrapNone/>
          <wp:docPr id="1679808684" name="Picture 1" descr="Text&#10;&#10;Description automatically generated with low confidence">
            <a:extLst xmlns:a="http://schemas.openxmlformats.org/drawingml/2006/main">
              <a:ext uri="{FF2B5EF4-FFF2-40B4-BE49-F238E27FC236}">
                <a16:creationId xmlns:a16="http://schemas.microsoft.com/office/drawing/2014/main" id="{2816EC74-A34E-4B3E-AAC2-6B81595158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134309" name="Picture 820134309" descr="Text&#10;&#10;Description automatically generated with low confidence"/>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11871" cy="705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85D81">
      <w:rPr>
        <w:noProof/>
      </w:rPr>
      <w:drawing>
        <wp:anchor distT="0" distB="0" distL="114300" distR="114300" simplePos="0" relativeHeight="251678720" behindDoc="0" locked="0" layoutInCell="1" allowOverlap="1" wp14:anchorId="57705353" wp14:editId="24200744">
          <wp:simplePos x="0" y="0"/>
          <wp:positionH relativeFrom="margin">
            <wp:align>right</wp:align>
          </wp:positionH>
          <wp:positionV relativeFrom="paragraph">
            <wp:posOffset>5715</wp:posOffset>
          </wp:positionV>
          <wp:extent cx="861060" cy="861060"/>
          <wp:effectExtent l="0" t="0" r="0" b="0"/>
          <wp:wrapNone/>
          <wp:docPr id="1463104527" name="Picture 1">
            <a:extLst xmlns:a="http://schemas.openxmlformats.org/drawingml/2006/main">
              <a:ext uri="{FF2B5EF4-FFF2-40B4-BE49-F238E27FC236}">
                <a16:creationId xmlns:a16="http://schemas.microsoft.com/office/drawing/2014/main" id="{31CE98A7-E4A8-47D8-B861-A15BE9E87F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860824" name="Picture 1"/>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61060" cy="8610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AF28A" w14:textId="16C77186" w:rsidR="00E22BC8" w:rsidRPr="00C85D81" w:rsidRDefault="00E22BC8">
    <w:pPr>
      <w:pStyle w:val="Header"/>
    </w:pPr>
    <w:r w:rsidRPr="00C85D81">
      <w:rPr>
        <w:noProof/>
      </w:rPr>
      <w:drawing>
        <wp:anchor distT="0" distB="0" distL="114300" distR="114300" simplePos="0" relativeHeight="251636736" behindDoc="0" locked="0" layoutInCell="1" allowOverlap="1" wp14:anchorId="7C5AEFE7" wp14:editId="72AA0FD7">
          <wp:simplePos x="0" y="0"/>
          <wp:positionH relativeFrom="margin">
            <wp:posOffset>5063490</wp:posOffset>
          </wp:positionH>
          <wp:positionV relativeFrom="paragraph">
            <wp:posOffset>0</wp:posOffset>
          </wp:positionV>
          <wp:extent cx="1150620" cy="1150620"/>
          <wp:effectExtent l="0" t="0" r="3810" b="3810"/>
          <wp:wrapNone/>
          <wp:docPr id="1893715406" name="Picture 1">
            <a:extLst xmlns:a="http://schemas.openxmlformats.org/drawingml/2006/main">
              <a:ext uri="{FF2B5EF4-FFF2-40B4-BE49-F238E27FC236}">
                <a16:creationId xmlns:a16="http://schemas.microsoft.com/office/drawing/2014/main" id="{31CE98A7-E4A8-47D8-B861-A15BE9E87F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860824" name="Picture 1"/>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85D81">
      <w:rPr>
        <w:noProof/>
      </w:rPr>
      <w:drawing>
        <wp:anchor distT="0" distB="0" distL="114300" distR="114300" simplePos="0" relativeHeight="251658240" behindDoc="0" locked="0" layoutInCell="1" allowOverlap="1" wp14:anchorId="218E1C53" wp14:editId="63E15DA3">
          <wp:simplePos x="0" y="0"/>
          <wp:positionH relativeFrom="margin">
            <wp:posOffset>0</wp:posOffset>
          </wp:positionH>
          <wp:positionV relativeFrom="paragraph">
            <wp:posOffset>106680</wp:posOffset>
          </wp:positionV>
          <wp:extent cx="3850640" cy="845820"/>
          <wp:effectExtent l="0" t="0" r="0" b="0"/>
          <wp:wrapNone/>
          <wp:docPr id="244638612" name="Picture 1" descr="Text&#10;&#10;Description automatically generated with low confidence">
            <a:extLst xmlns:a="http://schemas.openxmlformats.org/drawingml/2006/main">
              <a:ext uri="{FF2B5EF4-FFF2-40B4-BE49-F238E27FC236}">
                <a16:creationId xmlns:a16="http://schemas.microsoft.com/office/drawing/2014/main" id="{2816EC74-A34E-4B3E-AAC2-6B81595158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134309" name="Picture 820134309" descr="Text&#10;&#10;Description automatically generated with low confidence"/>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850640" cy="8458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33579179">
    <w:abstractNumId w:val="0"/>
  </w:num>
  <w:num w:numId="2" w16cid:durableId="1071268313">
    <w:abstractNumId w:val="5"/>
  </w:num>
  <w:num w:numId="3" w16cid:durableId="1361007968">
    <w:abstractNumId w:val="4"/>
  </w:num>
  <w:num w:numId="4" w16cid:durableId="1484159289">
    <w:abstractNumId w:val="2"/>
  </w:num>
  <w:num w:numId="5" w16cid:durableId="1684429996">
    <w:abstractNumId w:val="3"/>
  </w:num>
  <w:num w:numId="6" w16cid:durableId="1791707500">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5514"/>
    <w:rsid w:val="000136D7"/>
    <w:rsid w:val="0002106A"/>
    <w:rsid w:val="00025E7B"/>
    <w:rsid w:val="00031323"/>
    <w:rsid w:val="00033125"/>
    <w:rsid w:val="00034616"/>
    <w:rsid w:val="00051502"/>
    <w:rsid w:val="0006063C"/>
    <w:rsid w:val="00062C7D"/>
    <w:rsid w:val="00070FFA"/>
    <w:rsid w:val="00072204"/>
    <w:rsid w:val="00097D65"/>
    <w:rsid w:val="000A1F4C"/>
    <w:rsid w:val="000D1C5E"/>
    <w:rsid w:val="000E6FFB"/>
    <w:rsid w:val="000F5B8A"/>
    <w:rsid w:val="00107B07"/>
    <w:rsid w:val="00127BAE"/>
    <w:rsid w:val="00140025"/>
    <w:rsid w:val="0014307D"/>
    <w:rsid w:val="0015074B"/>
    <w:rsid w:val="00151438"/>
    <w:rsid w:val="00153555"/>
    <w:rsid w:val="00160238"/>
    <w:rsid w:val="0017517D"/>
    <w:rsid w:val="001856FC"/>
    <w:rsid w:val="001865EF"/>
    <w:rsid w:val="001942AE"/>
    <w:rsid w:val="00196FE5"/>
    <w:rsid w:val="001A008F"/>
    <w:rsid w:val="001B01B2"/>
    <w:rsid w:val="001B3B09"/>
    <w:rsid w:val="001B52BA"/>
    <w:rsid w:val="001C1429"/>
    <w:rsid w:val="001C1A83"/>
    <w:rsid w:val="001C5109"/>
    <w:rsid w:val="001C67AB"/>
    <w:rsid w:val="00205F51"/>
    <w:rsid w:val="00217591"/>
    <w:rsid w:val="0021773A"/>
    <w:rsid w:val="00227878"/>
    <w:rsid w:val="00240F34"/>
    <w:rsid w:val="00241514"/>
    <w:rsid w:val="00241D2E"/>
    <w:rsid w:val="002476DB"/>
    <w:rsid w:val="00251F33"/>
    <w:rsid w:val="002555F3"/>
    <w:rsid w:val="00262693"/>
    <w:rsid w:val="002710DF"/>
    <w:rsid w:val="00273576"/>
    <w:rsid w:val="00280971"/>
    <w:rsid w:val="00281D0A"/>
    <w:rsid w:val="00290686"/>
    <w:rsid w:val="00290EE9"/>
    <w:rsid w:val="0029639D"/>
    <w:rsid w:val="002A0A59"/>
    <w:rsid w:val="002D3085"/>
    <w:rsid w:val="002F3E3A"/>
    <w:rsid w:val="00300AF8"/>
    <w:rsid w:val="00320E22"/>
    <w:rsid w:val="00326F90"/>
    <w:rsid w:val="0033258D"/>
    <w:rsid w:val="003422EF"/>
    <w:rsid w:val="003524A7"/>
    <w:rsid w:val="00357645"/>
    <w:rsid w:val="003801C3"/>
    <w:rsid w:val="00397B4A"/>
    <w:rsid w:val="003A1CE6"/>
    <w:rsid w:val="003B265D"/>
    <w:rsid w:val="003C61E6"/>
    <w:rsid w:val="003D3C25"/>
    <w:rsid w:val="003E4F0F"/>
    <w:rsid w:val="003E5D6F"/>
    <w:rsid w:val="003F2380"/>
    <w:rsid w:val="003F27EF"/>
    <w:rsid w:val="003F3D8F"/>
    <w:rsid w:val="00401A7E"/>
    <w:rsid w:val="0042460D"/>
    <w:rsid w:val="00435069"/>
    <w:rsid w:val="00451B9E"/>
    <w:rsid w:val="004674A0"/>
    <w:rsid w:val="004863CE"/>
    <w:rsid w:val="00496DC1"/>
    <w:rsid w:val="004A010C"/>
    <w:rsid w:val="004A1B7F"/>
    <w:rsid w:val="004A2ACC"/>
    <w:rsid w:val="004A4B6D"/>
    <w:rsid w:val="004B20C7"/>
    <w:rsid w:val="004B525D"/>
    <w:rsid w:val="004D5CBE"/>
    <w:rsid w:val="004F1144"/>
    <w:rsid w:val="00516F9C"/>
    <w:rsid w:val="00521025"/>
    <w:rsid w:val="00526229"/>
    <w:rsid w:val="00532F6C"/>
    <w:rsid w:val="005544BF"/>
    <w:rsid w:val="0055522C"/>
    <w:rsid w:val="00557A18"/>
    <w:rsid w:val="0057105A"/>
    <w:rsid w:val="00573178"/>
    <w:rsid w:val="005835B8"/>
    <w:rsid w:val="0058656F"/>
    <w:rsid w:val="00591534"/>
    <w:rsid w:val="00593EB9"/>
    <w:rsid w:val="00596DEB"/>
    <w:rsid w:val="00597546"/>
    <w:rsid w:val="005A34B1"/>
    <w:rsid w:val="005D0D3C"/>
    <w:rsid w:val="005E1656"/>
    <w:rsid w:val="00612A78"/>
    <w:rsid w:val="00624B82"/>
    <w:rsid w:val="00632DA9"/>
    <w:rsid w:val="00635400"/>
    <w:rsid w:val="006402E4"/>
    <w:rsid w:val="00645267"/>
    <w:rsid w:val="0064773F"/>
    <w:rsid w:val="00666A3B"/>
    <w:rsid w:val="00685B56"/>
    <w:rsid w:val="00693F6F"/>
    <w:rsid w:val="006A2DAB"/>
    <w:rsid w:val="006B5314"/>
    <w:rsid w:val="006C4DA4"/>
    <w:rsid w:val="006C4DB2"/>
    <w:rsid w:val="006D383F"/>
    <w:rsid w:val="006D3B4C"/>
    <w:rsid w:val="006E2693"/>
    <w:rsid w:val="006F1BF0"/>
    <w:rsid w:val="007119B9"/>
    <w:rsid w:val="00724262"/>
    <w:rsid w:val="00725789"/>
    <w:rsid w:val="007439EE"/>
    <w:rsid w:val="00746498"/>
    <w:rsid w:val="00773E00"/>
    <w:rsid w:val="007B2BCC"/>
    <w:rsid w:val="007B3279"/>
    <w:rsid w:val="007C4AEC"/>
    <w:rsid w:val="008032E6"/>
    <w:rsid w:val="00805A93"/>
    <w:rsid w:val="00807BD7"/>
    <w:rsid w:val="0081463B"/>
    <w:rsid w:val="00820572"/>
    <w:rsid w:val="00826CB9"/>
    <w:rsid w:val="00833B12"/>
    <w:rsid w:val="0083516F"/>
    <w:rsid w:val="00835E03"/>
    <w:rsid w:val="008444CB"/>
    <w:rsid w:val="00847401"/>
    <w:rsid w:val="00855FD4"/>
    <w:rsid w:val="00866935"/>
    <w:rsid w:val="00881F2E"/>
    <w:rsid w:val="0088713F"/>
    <w:rsid w:val="00887284"/>
    <w:rsid w:val="0089117D"/>
    <w:rsid w:val="008B4431"/>
    <w:rsid w:val="008C6721"/>
    <w:rsid w:val="008D44AF"/>
    <w:rsid w:val="008F0B27"/>
    <w:rsid w:val="00903969"/>
    <w:rsid w:val="009039F5"/>
    <w:rsid w:val="00911CFB"/>
    <w:rsid w:val="00914319"/>
    <w:rsid w:val="009206F6"/>
    <w:rsid w:val="00920DEF"/>
    <w:rsid w:val="00930F8F"/>
    <w:rsid w:val="00973738"/>
    <w:rsid w:val="009A18F1"/>
    <w:rsid w:val="009B62E9"/>
    <w:rsid w:val="009C5EFA"/>
    <w:rsid w:val="009C6310"/>
    <w:rsid w:val="009F0C62"/>
    <w:rsid w:val="009F457F"/>
    <w:rsid w:val="009F5DA2"/>
    <w:rsid w:val="00A05499"/>
    <w:rsid w:val="00A114F5"/>
    <w:rsid w:val="00A120A4"/>
    <w:rsid w:val="00A620BB"/>
    <w:rsid w:val="00AA1D8D"/>
    <w:rsid w:val="00AA4153"/>
    <w:rsid w:val="00AA6D0F"/>
    <w:rsid w:val="00AB2A55"/>
    <w:rsid w:val="00AB3209"/>
    <w:rsid w:val="00AC0C98"/>
    <w:rsid w:val="00AC5A27"/>
    <w:rsid w:val="00AC769B"/>
    <w:rsid w:val="00AE4B6D"/>
    <w:rsid w:val="00B01D4A"/>
    <w:rsid w:val="00B10B1A"/>
    <w:rsid w:val="00B17AC9"/>
    <w:rsid w:val="00B21532"/>
    <w:rsid w:val="00B30585"/>
    <w:rsid w:val="00B36A5C"/>
    <w:rsid w:val="00B41FA9"/>
    <w:rsid w:val="00B47730"/>
    <w:rsid w:val="00B757CA"/>
    <w:rsid w:val="00B856E4"/>
    <w:rsid w:val="00B87964"/>
    <w:rsid w:val="00BB1986"/>
    <w:rsid w:val="00BB3899"/>
    <w:rsid w:val="00BB6D4B"/>
    <w:rsid w:val="00BC2CD6"/>
    <w:rsid w:val="00BD4512"/>
    <w:rsid w:val="00BD730A"/>
    <w:rsid w:val="00BF10FE"/>
    <w:rsid w:val="00BF2E8B"/>
    <w:rsid w:val="00BF5D98"/>
    <w:rsid w:val="00C01CD3"/>
    <w:rsid w:val="00C02E75"/>
    <w:rsid w:val="00C224A9"/>
    <w:rsid w:val="00C35FF4"/>
    <w:rsid w:val="00C423D3"/>
    <w:rsid w:val="00C4402B"/>
    <w:rsid w:val="00C55E86"/>
    <w:rsid w:val="00C57CCC"/>
    <w:rsid w:val="00C6397E"/>
    <w:rsid w:val="00C85D81"/>
    <w:rsid w:val="00C91B23"/>
    <w:rsid w:val="00CB0664"/>
    <w:rsid w:val="00CB0BA6"/>
    <w:rsid w:val="00CB525F"/>
    <w:rsid w:val="00CB7DA3"/>
    <w:rsid w:val="00CD031E"/>
    <w:rsid w:val="00CD78FF"/>
    <w:rsid w:val="00CE4341"/>
    <w:rsid w:val="00D06753"/>
    <w:rsid w:val="00D15244"/>
    <w:rsid w:val="00D17145"/>
    <w:rsid w:val="00D229A4"/>
    <w:rsid w:val="00D461D3"/>
    <w:rsid w:val="00D47001"/>
    <w:rsid w:val="00D6088C"/>
    <w:rsid w:val="00D913B9"/>
    <w:rsid w:val="00D9338B"/>
    <w:rsid w:val="00DA01E3"/>
    <w:rsid w:val="00DA3945"/>
    <w:rsid w:val="00DB58BA"/>
    <w:rsid w:val="00DB6D83"/>
    <w:rsid w:val="00DC7CF9"/>
    <w:rsid w:val="00DE0766"/>
    <w:rsid w:val="00DF05DC"/>
    <w:rsid w:val="00DF2EA0"/>
    <w:rsid w:val="00E101DA"/>
    <w:rsid w:val="00E13948"/>
    <w:rsid w:val="00E22BC8"/>
    <w:rsid w:val="00E31469"/>
    <w:rsid w:val="00E3213A"/>
    <w:rsid w:val="00E34E23"/>
    <w:rsid w:val="00E4499B"/>
    <w:rsid w:val="00E44C30"/>
    <w:rsid w:val="00E8077A"/>
    <w:rsid w:val="00E8225E"/>
    <w:rsid w:val="00EA2D15"/>
    <w:rsid w:val="00EA3FFD"/>
    <w:rsid w:val="00EA7EBE"/>
    <w:rsid w:val="00EB1E48"/>
    <w:rsid w:val="00EB66FA"/>
    <w:rsid w:val="00EC1754"/>
    <w:rsid w:val="00F05836"/>
    <w:rsid w:val="00F07E3D"/>
    <w:rsid w:val="00F1620F"/>
    <w:rsid w:val="00F25781"/>
    <w:rsid w:val="00F57AF2"/>
    <w:rsid w:val="00F64912"/>
    <w:rsid w:val="00F6691F"/>
    <w:rsid w:val="00F83836"/>
    <w:rsid w:val="00F94021"/>
    <w:rsid w:val="00FB0ED7"/>
    <w:rsid w:val="00FB51A8"/>
    <w:rsid w:val="00FC6699"/>
    <w:rsid w:val="00FC693F"/>
    <w:rsid w:val="00FD4402"/>
    <w:rsid w:val="00FD5BBC"/>
    <w:rsid w:val="00FE4B44"/>
    <w:rsid w:val="15D4670D"/>
    <w:rsid w:val="1AEDE779"/>
    <w:rsid w:val="2F3807A7"/>
    <w:rsid w:val="3B90E9DA"/>
    <w:rsid w:val="5DD8FF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7D0C32"/>
  <w14:defaultImageDpi w14:val="330"/>
  <w15:docId w15:val="{1C404767-058E-4DD7-936E-3CFF0FC80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A0A59"/>
    <w:pPr>
      <w:spacing w:after="120"/>
    </w:pPr>
    <w:rPr>
      <w:rFonts w:ascii="Aptos" w:hAnsi="Aptos"/>
      <w:lang w:val="en-GB"/>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8C6721"/>
    <w:pPr>
      <w:keepNext/>
      <w:keepLines/>
      <w:spacing w:before="200" w:after="60"/>
      <w:outlineLvl w:val="1"/>
    </w:pPr>
    <w:rPr>
      <w:rFonts w:asciiTheme="majorHAnsi" w:eastAsiaTheme="majorEastAsia" w:hAnsiTheme="majorHAnsi" w:cstheme="majorBidi"/>
      <w:b/>
      <w:bCs/>
      <w:color w:val="4F81BD" w:themeColor="accent1"/>
      <w:sz w:val="24"/>
      <w:szCs w:val="24"/>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C6721"/>
    <w:rPr>
      <w:rFonts w:asciiTheme="majorHAnsi" w:eastAsiaTheme="majorEastAsia" w:hAnsiTheme="majorHAnsi" w:cstheme="majorBidi"/>
      <w:b/>
      <w:bCs/>
      <w:color w:val="4F81BD" w:themeColor="accent1"/>
      <w:sz w:val="24"/>
      <w:szCs w:val="24"/>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2"/>
      </w:numPr>
      <w:contextualSpacing/>
    </w:pPr>
  </w:style>
  <w:style w:type="paragraph" w:styleId="ListBullet2">
    <w:name w:val="List Bullet 2"/>
    <w:basedOn w:val="Normal"/>
    <w:uiPriority w:val="99"/>
    <w:unhideWhenUsed/>
    <w:rsid w:val="00326F90"/>
    <w:pPr>
      <w:numPr>
        <w:numId w:val="5"/>
      </w:numPr>
      <w:contextualSpacing/>
    </w:pPr>
  </w:style>
  <w:style w:type="paragraph" w:styleId="ListBullet3">
    <w:name w:val="List Bullet 3"/>
    <w:basedOn w:val="Normal"/>
    <w:uiPriority w:val="99"/>
    <w:unhideWhenUsed/>
    <w:rsid w:val="00326F90"/>
    <w:pPr>
      <w:numPr>
        <w:numId w:val="4"/>
      </w:numPr>
      <w:contextualSpacing/>
    </w:pPr>
  </w:style>
  <w:style w:type="paragraph" w:styleId="ListNumber">
    <w:name w:val="List Number"/>
    <w:basedOn w:val="Normal"/>
    <w:uiPriority w:val="99"/>
    <w:unhideWhenUsed/>
    <w:rsid w:val="00326F90"/>
    <w:pPr>
      <w:numPr>
        <w:numId w:val="3"/>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1"/>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rPr>
      <w:rFonts w:ascii="Aptos" w:hAnsi="Aptos"/>
    </w:r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AE4B6D"/>
    <w:rPr>
      <w:sz w:val="16"/>
      <w:szCs w:val="16"/>
    </w:rPr>
  </w:style>
  <w:style w:type="paragraph" w:styleId="CommentText">
    <w:name w:val="annotation text"/>
    <w:basedOn w:val="Normal"/>
    <w:link w:val="CommentTextChar"/>
    <w:uiPriority w:val="99"/>
    <w:unhideWhenUsed/>
    <w:rsid w:val="00AE4B6D"/>
    <w:pPr>
      <w:spacing w:line="240" w:lineRule="auto"/>
    </w:pPr>
    <w:rPr>
      <w:sz w:val="20"/>
      <w:szCs w:val="20"/>
    </w:rPr>
  </w:style>
  <w:style w:type="character" w:customStyle="1" w:styleId="CommentTextChar">
    <w:name w:val="Comment Text Char"/>
    <w:basedOn w:val="DefaultParagraphFont"/>
    <w:link w:val="CommentText"/>
    <w:uiPriority w:val="99"/>
    <w:rsid w:val="00AE4B6D"/>
    <w:rPr>
      <w:rFonts w:ascii="Aptos" w:hAnsi="Aptos"/>
      <w:sz w:val="20"/>
      <w:szCs w:val="20"/>
    </w:rPr>
  </w:style>
  <w:style w:type="paragraph" w:styleId="CommentSubject">
    <w:name w:val="annotation subject"/>
    <w:basedOn w:val="CommentText"/>
    <w:next w:val="CommentText"/>
    <w:link w:val="CommentSubjectChar"/>
    <w:uiPriority w:val="99"/>
    <w:semiHidden/>
    <w:unhideWhenUsed/>
    <w:rsid w:val="00AE4B6D"/>
    <w:rPr>
      <w:b/>
      <w:bCs/>
    </w:rPr>
  </w:style>
  <w:style w:type="character" w:customStyle="1" w:styleId="CommentSubjectChar">
    <w:name w:val="Comment Subject Char"/>
    <w:basedOn w:val="CommentTextChar"/>
    <w:link w:val="CommentSubject"/>
    <w:uiPriority w:val="99"/>
    <w:semiHidden/>
    <w:rsid w:val="00AE4B6D"/>
    <w:rPr>
      <w:rFonts w:ascii="Aptos" w:hAnsi="Aptos"/>
      <w:b/>
      <w:bCs/>
      <w:sz w:val="20"/>
      <w:szCs w:val="20"/>
    </w:rPr>
  </w:style>
  <w:style w:type="character" w:styleId="Hyperlink">
    <w:name w:val="Hyperlink"/>
    <w:basedOn w:val="DefaultParagraphFont"/>
    <w:uiPriority w:val="99"/>
    <w:unhideWhenUsed/>
    <w:rsid w:val="00A120A4"/>
    <w:rPr>
      <w:color w:val="0000FF" w:themeColor="hyperlink"/>
      <w:u w:val="single"/>
    </w:rPr>
  </w:style>
  <w:style w:type="character" w:styleId="UnresolvedMention">
    <w:name w:val="Unresolved Mention"/>
    <w:basedOn w:val="DefaultParagraphFont"/>
    <w:uiPriority w:val="99"/>
    <w:semiHidden/>
    <w:unhideWhenUsed/>
    <w:rsid w:val="00A120A4"/>
    <w:rPr>
      <w:color w:val="605E5C"/>
      <w:shd w:val="clear" w:color="auto" w:fill="E1DFDD"/>
    </w:rPr>
  </w:style>
  <w:style w:type="table" w:customStyle="1" w:styleId="TableNormal0">
    <w:name w:val="TableNormal"/>
    <w:rsid w:val="00C02E75"/>
    <w:pPr>
      <w:spacing w:after="120"/>
    </w:pPr>
    <w:rPr>
      <w:rFonts w:ascii="Aptos" w:eastAsia="Aptos" w:hAnsi="Aptos" w:cs="Aptos"/>
      <w:lang w:val="en" w:eastAsia="en-GB"/>
    </w:rPr>
    <w:tblPr>
      <w:tblCellMar>
        <w:top w:w="100" w:type="dxa"/>
        <w:left w:w="100" w:type="dxa"/>
        <w:bottom w:w="100" w:type="dxa"/>
        <w:right w:w="100" w:type="dxa"/>
      </w:tblCellMar>
    </w:tblPr>
  </w:style>
  <w:style w:type="character" w:styleId="FollowedHyperlink">
    <w:name w:val="FollowedHyperlink"/>
    <w:basedOn w:val="DefaultParagraphFont"/>
    <w:uiPriority w:val="99"/>
    <w:semiHidden/>
    <w:unhideWhenUsed/>
    <w:rsid w:val="009C6310"/>
    <w:rPr>
      <w:color w:val="800080" w:themeColor="followedHyperlink"/>
      <w:u w:val="single"/>
    </w:rPr>
  </w:style>
  <w:style w:type="paragraph" w:styleId="TOC1">
    <w:name w:val="toc 1"/>
    <w:basedOn w:val="Normal"/>
    <w:next w:val="Normal"/>
    <w:autoRedefine/>
    <w:uiPriority w:val="39"/>
    <w:unhideWhenUsed/>
    <w:rsid w:val="00072204"/>
    <w:pPr>
      <w:spacing w:after="100"/>
    </w:pPr>
  </w:style>
  <w:style w:type="paragraph" w:styleId="TOC2">
    <w:name w:val="toc 2"/>
    <w:basedOn w:val="Normal"/>
    <w:next w:val="Normal"/>
    <w:autoRedefine/>
    <w:uiPriority w:val="39"/>
    <w:unhideWhenUsed/>
    <w:rsid w:val="00072204"/>
    <w:pPr>
      <w:spacing w:after="100"/>
      <w:ind w:left="220"/>
    </w:pPr>
  </w:style>
  <w:style w:type="paragraph" w:styleId="TOC3">
    <w:name w:val="toc 3"/>
    <w:basedOn w:val="Normal"/>
    <w:next w:val="Normal"/>
    <w:autoRedefine/>
    <w:uiPriority w:val="39"/>
    <w:unhideWhenUsed/>
    <w:rsid w:val="00072204"/>
    <w:pPr>
      <w:spacing w:after="100" w:line="278" w:lineRule="auto"/>
      <w:ind w:left="480"/>
    </w:pPr>
    <w:rPr>
      <w:rFonts w:asciiTheme="minorHAnsi" w:hAnsiTheme="minorHAnsi"/>
      <w:kern w:val="2"/>
      <w:sz w:val="24"/>
      <w:szCs w:val="24"/>
      <w:lang w:eastAsia="en-GB"/>
      <w14:ligatures w14:val="standardContextual"/>
    </w:rPr>
  </w:style>
  <w:style w:type="paragraph" w:styleId="TOC4">
    <w:name w:val="toc 4"/>
    <w:basedOn w:val="Normal"/>
    <w:next w:val="Normal"/>
    <w:autoRedefine/>
    <w:uiPriority w:val="39"/>
    <w:unhideWhenUsed/>
    <w:rsid w:val="00072204"/>
    <w:pPr>
      <w:spacing w:after="100" w:line="278" w:lineRule="auto"/>
      <w:ind w:left="720"/>
    </w:pPr>
    <w:rPr>
      <w:rFonts w:asciiTheme="minorHAnsi" w:hAnsiTheme="minorHAnsi"/>
      <w:kern w:val="2"/>
      <w:sz w:val="24"/>
      <w:szCs w:val="24"/>
      <w:lang w:eastAsia="en-GB"/>
      <w14:ligatures w14:val="standardContextual"/>
    </w:rPr>
  </w:style>
  <w:style w:type="paragraph" w:styleId="TOC5">
    <w:name w:val="toc 5"/>
    <w:basedOn w:val="Normal"/>
    <w:next w:val="Normal"/>
    <w:autoRedefine/>
    <w:uiPriority w:val="39"/>
    <w:unhideWhenUsed/>
    <w:rsid w:val="00072204"/>
    <w:pPr>
      <w:spacing w:after="100" w:line="278" w:lineRule="auto"/>
      <w:ind w:left="960"/>
    </w:pPr>
    <w:rPr>
      <w:rFonts w:asciiTheme="minorHAnsi" w:hAnsiTheme="minorHAnsi"/>
      <w:kern w:val="2"/>
      <w:sz w:val="24"/>
      <w:szCs w:val="24"/>
      <w:lang w:eastAsia="en-GB"/>
      <w14:ligatures w14:val="standardContextual"/>
    </w:rPr>
  </w:style>
  <w:style w:type="paragraph" w:styleId="TOC6">
    <w:name w:val="toc 6"/>
    <w:basedOn w:val="Normal"/>
    <w:next w:val="Normal"/>
    <w:autoRedefine/>
    <w:uiPriority w:val="39"/>
    <w:unhideWhenUsed/>
    <w:rsid w:val="00072204"/>
    <w:pPr>
      <w:spacing w:after="100" w:line="278" w:lineRule="auto"/>
      <w:ind w:left="1200"/>
    </w:pPr>
    <w:rPr>
      <w:rFonts w:asciiTheme="minorHAnsi" w:hAnsiTheme="minorHAnsi"/>
      <w:kern w:val="2"/>
      <w:sz w:val="24"/>
      <w:szCs w:val="24"/>
      <w:lang w:eastAsia="en-GB"/>
      <w14:ligatures w14:val="standardContextual"/>
    </w:rPr>
  </w:style>
  <w:style w:type="paragraph" w:styleId="TOC7">
    <w:name w:val="toc 7"/>
    <w:basedOn w:val="Normal"/>
    <w:next w:val="Normal"/>
    <w:autoRedefine/>
    <w:uiPriority w:val="39"/>
    <w:unhideWhenUsed/>
    <w:rsid w:val="00072204"/>
    <w:pPr>
      <w:spacing w:after="100" w:line="278" w:lineRule="auto"/>
      <w:ind w:left="1440"/>
    </w:pPr>
    <w:rPr>
      <w:rFonts w:asciiTheme="minorHAnsi" w:hAnsiTheme="minorHAnsi"/>
      <w:kern w:val="2"/>
      <w:sz w:val="24"/>
      <w:szCs w:val="24"/>
      <w:lang w:eastAsia="en-GB"/>
      <w14:ligatures w14:val="standardContextual"/>
    </w:rPr>
  </w:style>
  <w:style w:type="paragraph" w:styleId="TOC8">
    <w:name w:val="toc 8"/>
    <w:basedOn w:val="Normal"/>
    <w:next w:val="Normal"/>
    <w:autoRedefine/>
    <w:uiPriority w:val="39"/>
    <w:unhideWhenUsed/>
    <w:rsid w:val="00072204"/>
    <w:pPr>
      <w:spacing w:after="100" w:line="278" w:lineRule="auto"/>
      <w:ind w:left="1680"/>
    </w:pPr>
    <w:rPr>
      <w:rFonts w:asciiTheme="minorHAnsi" w:hAnsiTheme="minorHAnsi"/>
      <w:kern w:val="2"/>
      <w:sz w:val="24"/>
      <w:szCs w:val="24"/>
      <w:lang w:eastAsia="en-GB"/>
      <w14:ligatures w14:val="standardContextual"/>
    </w:rPr>
  </w:style>
  <w:style w:type="paragraph" w:styleId="TOC9">
    <w:name w:val="toc 9"/>
    <w:basedOn w:val="Normal"/>
    <w:next w:val="Normal"/>
    <w:autoRedefine/>
    <w:uiPriority w:val="39"/>
    <w:unhideWhenUsed/>
    <w:rsid w:val="00072204"/>
    <w:pPr>
      <w:spacing w:after="100" w:line="278" w:lineRule="auto"/>
      <w:ind w:left="1920"/>
    </w:pPr>
    <w:rPr>
      <w:rFonts w:asciiTheme="minorHAnsi" w:hAnsiTheme="minorHAnsi"/>
      <w:kern w:val="2"/>
      <w:sz w:val="24"/>
      <w:szCs w:val="24"/>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2407f47-38e8-4a1b-bb61-5aa93b2d4c3b">
      <Terms xmlns="http://schemas.microsoft.com/office/infopath/2007/PartnerControls"/>
    </lcf76f155ced4ddcb4097134ff3c332f>
    <TaxCatchAll xmlns="0447bdfc-2ae5-4694-8f38-a15db4c7e77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C0E2E85C3E2614CAC6F65E12C50584C" ma:contentTypeVersion="22" ma:contentTypeDescription="Create a new document." ma:contentTypeScope="" ma:versionID="1649d83d195ddb77b97576fc61f5e5e6">
  <xsd:schema xmlns:xsd="http://www.w3.org/2001/XMLSchema" xmlns:xs="http://www.w3.org/2001/XMLSchema" xmlns:p="http://schemas.microsoft.com/office/2006/metadata/properties" xmlns:ns2="0447bdfc-2ae5-4694-8f38-a15db4c7e771" xmlns:ns3="d2407f47-38e8-4a1b-bb61-5aa93b2d4c3b" targetNamespace="http://schemas.microsoft.com/office/2006/metadata/properties" ma:root="true" ma:fieldsID="eeec73fdee65561daab714812e38fb0c" ns2:_="" ns3:_="">
    <xsd:import namespace="0447bdfc-2ae5-4694-8f38-a15db4c7e771"/>
    <xsd:import namespace="d2407f47-38e8-4a1b-bb61-5aa93b2d4c3b"/>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47bdfc-2ae5-4694-8f38-a15db4c7e7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b5191bd0-9e87-4b4a-ac14-7bf166d9a7de}" ma:internalName="TaxCatchAll" ma:showField="CatchAllData" ma:web="0447bdfc-2ae5-4694-8f38-a15db4c7e7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2407f47-38e8-4a1b-bb61-5aa93b2d4c3b"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0bc2179-985e-45b1-96a2-0c7eb5d95c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E23BF9-09D4-44E5-82EF-8CE4B75C0D7B}">
  <ds:schemaRefs>
    <ds:schemaRef ds:uri="http://schemas.microsoft.com/sharepoint/v3/contenttype/forms"/>
  </ds:schemaRefs>
</ds:datastoreItem>
</file>

<file path=customXml/itemProps2.xml><?xml version="1.0" encoding="utf-8"?>
<ds:datastoreItem xmlns:ds="http://schemas.openxmlformats.org/officeDocument/2006/customXml" ds:itemID="{E16AE49E-A459-44CE-A76F-D09366D878F0}">
  <ds:schemaRefs>
    <ds:schemaRef ds:uri="http://schemas.openxmlformats.org/officeDocument/2006/bibliography"/>
  </ds:schemaRefs>
</ds:datastoreItem>
</file>

<file path=customXml/itemProps3.xml><?xml version="1.0" encoding="utf-8"?>
<ds:datastoreItem xmlns:ds="http://schemas.openxmlformats.org/officeDocument/2006/customXml" ds:itemID="{2625782E-F4C9-4198-BD96-CEE70A778722}">
  <ds:schemaRefs>
    <ds:schemaRef ds:uri="http://schemas.microsoft.com/office/2006/metadata/properties"/>
    <ds:schemaRef ds:uri="http://schemas.microsoft.com/office/infopath/2007/PartnerControls"/>
    <ds:schemaRef ds:uri="d2407f47-38e8-4a1b-bb61-5aa93b2d4c3b"/>
    <ds:schemaRef ds:uri="0447bdfc-2ae5-4694-8f38-a15db4c7e771"/>
  </ds:schemaRefs>
</ds:datastoreItem>
</file>

<file path=customXml/itemProps4.xml><?xml version="1.0" encoding="utf-8"?>
<ds:datastoreItem xmlns:ds="http://schemas.openxmlformats.org/officeDocument/2006/customXml" ds:itemID="{EA7E6D89-06AD-4E5C-B8FD-8F24B95899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47bdfc-2ae5-4694-8f38-a15db4c7e771"/>
    <ds:schemaRef ds:uri="d2407f47-38e8-4a1b-bb61-5aa93b2d4c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6687</Words>
  <Characters>38118</Characters>
  <Application>Microsoft Office Word</Application>
  <DocSecurity>0</DocSecurity>
  <Lines>317</Lines>
  <Paragraphs>89</Paragraphs>
  <ScaleCrop>false</ScaleCrop>
  <Manager/>
  <Company/>
  <LinksUpToDate>false</LinksUpToDate>
  <CharactersWithSpaces>44716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Leigh Craig</cp:lastModifiedBy>
  <cp:revision>4</cp:revision>
  <cp:lastPrinted>2026-06-29T10:32:00Z</cp:lastPrinted>
  <dcterms:created xsi:type="dcterms:W3CDTF">2026-06-29T10:45:00Z</dcterms:created>
  <dcterms:modified xsi:type="dcterms:W3CDTF">2026-07-09T13:42:00Z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0x010100EC0E2E85C3E2614CAC6F65E12C50584C</vt:lpwstr>
  </property>
  <property fmtid="{D5CDD505-2E9C-101B-9397-08002B2CF9AE}" pid="3" name="MediaServiceImageTags">
    <vt:lpwstr/>
  </property>
</Properties>
</file>